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4F60" w14:textId="77777777" w:rsidR="00922B42" w:rsidRDefault="00EE1F9F">
      <w:pPr>
        <w:spacing w:after="40" w:line="252" w:lineRule="auto"/>
        <w:jc w:val="right"/>
      </w:pPr>
      <w:r>
        <w:rPr>
          <w:i/>
        </w:rPr>
        <w:t>Annex 2 to the Regulations</w:t>
      </w:r>
    </w:p>
    <w:p w14:paraId="56A00D16" w14:textId="77777777" w:rsidR="00922B42" w:rsidRDefault="00EE1F9F">
      <w:pPr>
        <w:spacing w:after="160" w:line="252" w:lineRule="auto"/>
        <w:jc w:val="right"/>
      </w:pPr>
      <w:r>
        <w:rPr>
          <w:i/>
        </w:rPr>
        <w:t>Participant personal data form</w:t>
      </w:r>
    </w:p>
    <w:p w14:paraId="5522DE75" w14:textId="77777777" w:rsidR="00922B42" w:rsidRDefault="00EE1F9F">
      <w:pPr>
        <w:spacing w:after="160" w:line="252" w:lineRule="auto"/>
        <w:jc w:val="center"/>
      </w:pPr>
      <w:r>
        <w:rPr>
          <w:b/>
          <w:sz w:val="26"/>
        </w:rPr>
        <w:t>PARTICIPANT PERSONAL DATA FORM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0"/>
        <w:gridCol w:w="5034"/>
      </w:tblGrid>
      <w:tr w:rsidR="00922B42" w14:paraId="53036CBF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D03B3" w14:textId="77777777" w:rsidR="00922B42" w:rsidRDefault="00EE1F9F">
            <w:r>
              <w:rPr>
                <w:b/>
                <w:sz w:val="18"/>
              </w:rPr>
              <w:t>Project data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3B1A9" w14:textId="77777777" w:rsidR="00922B42" w:rsidRDefault="00EE1F9F">
            <w:r>
              <w:rPr>
                <w:sz w:val="18"/>
              </w:rPr>
              <w:t>Project financed from European Union funds under the NAWA Programme SPINAKER - International Intensive Programmes, Call 2025. Decision No. BPI/SPI/2025/1/00004/DEC/01. Project implementation period: 01.06.2026-30.11.2027.</w:t>
            </w:r>
          </w:p>
        </w:tc>
      </w:tr>
      <w:tr w:rsidR="00922B42" w14:paraId="6A891A4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FB8BF" w14:textId="77777777" w:rsidR="00922B42" w:rsidRDefault="00EE1F9F">
            <w:r>
              <w:rPr>
                <w:b/>
                <w:sz w:val="18"/>
              </w:rPr>
              <w:t>Name of the NAWA programme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F5DA9" w14:textId="77777777" w:rsidR="00922B42" w:rsidRDefault="00EE1F9F">
            <w:r>
              <w:rPr>
                <w:sz w:val="18"/>
              </w:rPr>
              <w:t>SPINAKER - International Intensive Programmes - Call 2025</w:t>
            </w:r>
          </w:p>
        </w:tc>
      </w:tr>
      <w:tr w:rsidR="00922B42" w14:paraId="610F9C4D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1CF44" w14:textId="77777777" w:rsidR="00922B42" w:rsidRDefault="00EE1F9F">
            <w:r>
              <w:rPr>
                <w:b/>
                <w:sz w:val="18"/>
              </w:rPr>
              <w:t>Agreement or Project number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92365" w14:textId="77777777" w:rsidR="00922B42" w:rsidRDefault="00EE1F9F">
            <w:r>
              <w:rPr>
                <w:sz w:val="18"/>
              </w:rPr>
              <w:t>BPI/SPI/2025/1/00004/U/00001</w:t>
            </w:r>
          </w:p>
        </w:tc>
      </w:tr>
      <w:tr w:rsidR="00922B42" w14:paraId="5A6CDE6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C222C" w14:textId="77777777" w:rsidR="00922B42" w:rsidRDefault="00EE1F9F">
            <w:r>
              <w:rPr>
                <w:b/>
                <w:sz w:val="18"/>
              </w:rPr>
              <w:t>Name of the Beneficiary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7B08D" w14:textId="77777777" w:rsidR="00922B42" w:rsidRDefault="00EE1F9F">
            <w:r>
              <w:rPr>
                <w:sz w:val="18"/>
              </w:rPr>
              <w:t>Silesian University of Technology</w:t>
            </w:r>
          </w:p>
        </w:tc>
      </w:tr>
      <w:tr w:rsidR="00922B42" w14:paraId="02C160A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CCC58" w14:textId="77777777" w:rsidR="00922B42" w:rsidRDefault="00EE1F9F">
            <w:r>
              <w:rPr>
                <w:b/>
                <w:sz w:val="18"/>
              </w:rPr>
              <w:t>Project Title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804EB" w14:textId="77777777" w:rsidR="00922B42" w:rsidRDefault="00EE1F9F">
            <w:r>
              <w:rPr>
                <w:sz w:val="18"/>
              </w:rPr>
              <w:t>International Summer School</w:t>
            </w:r>
            <w:r>
              <w:rPr>
                <w:sz w:val="18"/>
              </w:rPr>
              <w:br/>
              <w:t>ENERGY TRANSITION ACADEMY: CIRCULAR ECONOMY &amp; LIFE CYCLE THINKING</w:t>
            </w:r>
          </w:p>
        </w:tc>
      </w:tr>
    </w:tbl>
    <w:p w14:paraId="4FA57966" w14:textId="77777777" w:rsidR="00922B42" w:rsidRDefault="00922B42">
      <w:pPr>
        <w:spacing w:after="40"/>
      </w:pPr>
    </w:p>
    <w:p w14:paraId="1A2F27A2" w14:textId="77777777" w:rsidR="00922B42" w:rsidRDefault="00EE1F9F">
      <w:pPr>
        <w:spacing w:after="80" w:line="252" w:lineRule="auto"/>
      </w:pPr>
      <w:r>
        <w:rPr>
          <w:b/>
        </w:rPr>
        <w:t>Beneficiary data (to be filled in by the Beneficiary)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922B42" w14:paraId="048D6217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039B6" w14:textId="77777777" w:rsidR="00922B42" w:rsidRDefault="00EE1F9F">
            <w:r>
              <w:rPr>
                <w:b/>
                <w:sz w:val="18"/>
              </w:rPr>
              <w:t>Country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2B602" w14:textId="77777777" w:rsidR="00922B42" w:rsidRDefault="00922B42"/>
        </w:tc>
      </w:tr>
      <w:tr w:rsidR="00922B42" w14:paraId="1BBDB437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8CD78" w14:textId="77777777" w:rsidR="00922B42" w:rsidRDefault="00EE1F9F">
            <w:r>
              <w:rPr>
                <w:b/>
                <w:sz w:val="18"/>
              </w:rPr>
              <w:t>Name of the institution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F4883" w14:textId="77777777" w:rsidR="00922B42" w:rsidRDefault="00922B42"/>
        </w:tc>
      </w:tr>
      <w:tr w:rsidR="00922B42" w14:paraId="46FF8A2B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767AA" w14:textId="77777777" w:rsidR="00922B42" w:rsidRDefault="00EE1F9F">
            <w:r>
              <w:rPr>
                <w:b/>
                <w:sz w:val="18"/>
              </w:rPr>
              <w:t>Tax id. no. (NIP)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0BBC0" w14:textId="77777777" w:rsidR="00922B42" w:rsidRDefault="00EE1F9F">
            <w:r>
              <w:rPr>
                <w:sz w:val="18"/>
              </w:rPr>
              <w:t>☐ Lack of tax id. no. (NIP)</w:t>
            </w:r>
            <w:r>
              <w:rPr>
                <w:sz w:val="18"/>
              </w:rPr>
              <w:br/>
              <w:t>☐ tax id. no. (NIP): __________________</w:t>
            </w:r>
          </w:p>
        </w:tc>
      </w:tr>
      <w:tr w:rsidR="00922B42" w14:paraId="386F809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47028" w14:textId="77777777" w:rsidR="00922B42" w:rsidRDefault="00EE1F9F">
            <w:r>
              <w:rPr>
                <w:b/>
                <w:sz w:val="18"/>
              </w:rPr>
              <w:t>Type of the institution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F94E3" w14:textId="77777777" w:rsidR="00922B42" w:rsidRDefault="00EE1F9F">
            <w:r>
              <w:rPr>
                <w:sz w:val="18"/>
              </w:rPr>
              <w:t>☐ university</w:t>
            </w:r>
            <w:r>
              <w:rPr>
                <w:sz w:val="18"/>
              </w:rPr>
              <w:br/>
              <w:t>☐ Polish Academy of Sciences</w:t>
            </w:r>
            <w:r>
              <w:rPr>
                <w:sz w:val="18"/>
              </w:rPr>
              <w:br/>
              <w:t>☐ research institute</w:t>
            </w:r>
            <w:r>
              <w:rPr>
                <w:sz w:val="18"/>
              </w:rPr>
              <w:br/>
              <w:t>☐ other</w:t>
            </w:r>
          </w:p>
        </w:tc>
      </w:tr>
      <w:tr w:rsidR="00922B42" w14:paraId="494D5BE1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4D635" w14:textId="77777777" w:rsidR="00922B42" w:rsidRDefault="00EE1F9F">
            <w:r>
              <w:rPr>
                <w:b/>
                <w:sz w:val="18"/>
              </w:rPr>
              <w:t>Voivodeship / Poviat / Commune / Town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A6F51" w14:textId="77777777" w:rsidR="00922B42" w:rsidRDefault="00922B42"/>
        </w:tc>
      </w:tr>
      <w:tr w:rsidR="00922B42" w14:paraId="02A57C5C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A9E55" w14:textId="77777777" w:rsidR="00922B42" w:rsidRDefault="00EE1F9F">
            <w:r>
              <w:rPr>
                <w:b/>
                <w:sz w:val="18"/>
              </w:rPr>
              <w:t>Street / Building no. / Apartment no. / Postal code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8E350" w14:textId="77777777" w:rsidR="00922B42" w:rsidRDefault="00922B42"/>
        </w:tc>
      </w:tr>
      <w:tr w:rsidR="00922B42" w14:paraId="7CC1F7B8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0987C" w14:textId="77777777" w:rsidR="00922B42" w:rsidRDefault="00EE1F9F">
            <w:r>
              <w:rPr>
                <w:b/>
                <w:sz w:val="18"/>
              </w:rPr>
              <w:t>Contact telephone number / E-mail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69655" w14:textId="77777777" w:rsidR="00922B42" w:rsidRDefault="00922B42"/>
        </w:tc>
      </w:tr>
    </w:tbl>
    <w:p w14:paraId="38493A91" w14:textId="77777777" w:rsidR="00922B42" w:rsidRDefault="00922B42">
      <w:pPr>
        <w:spacing w:after="40"/>
      </w:pPr>
    </w:p>
    <w:p w14:paraId="6C5895BA" w14:textId="77777777" w:rsidR="00922B42" w:rsidRDefault="00EE1F9F">
      <w:pPr>
        <w:spacing w:after="80" w:line="252" w:lineRule="auto"/>
      </w:pPr>
      <w:r>
        <w:rPr>
          <w:b/>
        </w:rPr>
        <w:t>Data of the Project Participant (to be filled in by the Participant)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922B42" w14:paraId="420B2E80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50499" w14:textId="77777777" w:rsidR="00922B42" w:rsidRDefault="00EE1F9F">
            <w:r>
              <w:rPr>
                <w:b/>
                <w:sz w:val="18"/>
              </w:rPr>
              <w:t>Country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E1728" w14:textId="77777777" w:rsidR="00922B42" w:rsidRDefault="00922B42"/>
        </w:tc>
      </w:tr>
      <w:tr w:rsidR="00922B42" w14:paraId="5574174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3BD97" w14:textId="77777777" w:rsidR="00922B42" w:rsidRDefault="00EE1F9F">
            <w:r>
              <w:rPr>
                <w:b/>
                <w:sz w:val="18"/>
              </w:rPr>
              <w:t>Type of participant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D2293" w14:textId="77777777" w:rsidR="00922B42" w:rsidRDefault="00EE1F9F">
            <w:r>
              <w:rPr>
                <w:sz w:val="18"/>
              </w:rPr>
              <w:t>☐ foreign student</w:t>
            </w:r>
            <w:r>
              <w:rPr>
                <w:sz w:val="18"/>
              </w:rPr>
              <w:br/>
              <w:t>☐ foreign doctoral student</w:t>
            </w:r>
            <w:r>
              <w:rPr>
                <w:sz w:val="18"/>
              </w:rPr>
              <w:br/>
              <w:t>☐ domestic student</w:t>
            </w:r>
            <w:r>
              <w:rPr>
                <w:sz w:val="18"/>
              </w:rPr>
              <w:br/>
              <w:t>☐ domestic doctoral student</w:t>
            </w:r>
            <w:r>
              <w:rPr>
                <w:sz w:val="18"/>
              </w:rPr>
              <w:br/>
              <w:t>☐ teaching / academic staff</w:t>
            </w:r>
            <w:r>
              <w:rPr>
                <w:sz w:val="18"/>
              </w:rPr>
              <w:br/>
              <w:t>☐ administrative staff</w:t>
            </w:r>
          </w:p>
        </w:tc>
      </w:tr>
      <w:tr w:rsidR="00922B42" w14:paraId="5CBE727B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DC945" w14:textId="77777777" w:rsidR="00922B42" w:rsidRDefault="00EE1F9F">
            <w:r>
              <w:rPr>
                <w:b/>
                <w:sz w:val="18"/>
              </w:rPr>
              <w:t>Name of the institution represented by the Participant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F4B09" w14:textId="77777777" w:rsidR="00922B42" w:rsidRDefault="00922B42"/>
        </w:tc>
      </w:tr>
      <w:tr w:rsidR="00922B42" w14:paraId="5C9CE729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ACD33" w14:textId="77777777" w:rsidR="00922B42" w:rsidRDefault="00EE1F9F">
            <w:r>
              <w:rPr>
                <w:b/>
                <w:sz w:val="18"/>
              </w:rPr>
              <w:t>Name and surname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EE250" w14:textId="77777777" w:rsidR="00922B42" w:rsidRDefault="00922B42"/>
        </w:tc>
      </w:tr>
      <w:tr w:rsidR="00922B42" w14:paraId="7716ADC0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CF068" w14:textId="77777777" w:rsidR="00922B42" w:rsidRDefault="00EE1F9F">
            <w:r>
              <w:rPr>
                <w:b/>
                <w:sz w:val="18"/>
              </w:rPr>
              <w:lastRenderedPageBreak/>
              <w:t>Personal id. no. (PESEL)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F7776" w14:textId="77777777" w:rsidR="00922B42" w:rsidRDefault="00EE1F9F">
            <w:r>
              <w:rPr>
                <w:sz w:val="18"/>
              </w:rPr>
              <w:t>☐ I do not have PESEL</w:t>
            </w:r>
            <w:r>
              <w:rPr>
                <w:sz w:val="18"/>
              </w:rPr>
              <w:br/>
              <w:t>☐ I have PESEL: __________________</w:t>
            </w:r>
          </w:p>
        </w:tc>
      </w:tr>
      <w:tr w:rsidR="00922B42" w14:paraId="765E8A98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8E52" w14:textId="77777777" w:rsidR="00922B42" w:rsidRDefault="00EE1F9F">
            <w:r>
              <w:rPr>
                <w:b/>
                <w:sz w:val="18"/>
              </w:rPr>
              <w:t>Sex / Age / Education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4A518" w14:textId="77777777" w:rsidR="00922B42" w:rsidRDefault="00EE1F9F">
            <w:r>
              <w:rPr>
                <w:sz w:val="18"/>
              </w:rPr>
              <w:t>Sex: ☐ female ☐ male</w:t>
            </w:r>
            <w:r>
              <w:rPr>
                <w:sz w:val="18"/>
              </w:rPr>
              <w:br/>
              <w:t>Age: __________</w:t>
            </w:r>
            <w:r>
              <w:rPr>
                <w:sz w:val="18"/>
              </w:rPr>
              <w:br/>
              <w:t>Education: ☐ higher (ISCED 5-8) ☐ other: __________</w:t>
            </w:r>
          </w:p>
        </w:tc>
      </w:tr>
      <w:tr w:rsidR="00922B42" w14:paraId="5CFBFEE7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7D33F" w14:textId="77777777" w:rsidR="00922B42" w:rsidRDefault="00EE1F9F">
            <w:r>
              <w:rPr>
                <w:b/>
                <w:sz w:val="18"/>
              </w:rPr>
              <w:t>Address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FCC42" w14:textId="77777777" w:rsidR="00922B42" w:rsidRDefault="00EE1F9F">
            <w:r>
              <w:rPr>
                <w:sz w:val="18"/>
              </w:rPr>
              <w:t>Country: __________________</w:t>
            </w:r>
            <w:r>
              <w:rPr>
                <w:sz w:val="18"/>
              </w:rPr>
              <w:br/>
              <w:t>Town/City: __________________</w:t>
            </w:r>
            <w:r>
              <w:rPr>
                <w:sz w:val="18"/>
              </w:rPr>
              <w:br/>
              <w:t>Street: __________________</w:t>
            </w:r>
            <w:r>
              <w:rPr>
                <w:sz w:val="18"/>
              </w:rPr>
              <w:br/>
              <w:t>Postal code: __________________</w:t>
            </w:r>
          </w:p>
        </w:tc>
      </w:tr>
      <w:tr w:rsidR="00922B42" w14:paraId="79A2ACD4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ED8BB" w14:textId="77777777" w:rsidR="00922B42" w:rsidRDefault="00EE1F9F">
            <w:r>
              <w:rPr>
                <w:b/>
                <w:sz w:val="18"/>
              </w:rPr>
              <w:t>Contact telephone number / E-mail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D5E98" w14:textId="77777777" w:rsidR="00922B42" w:rsidRDefault="00922B42"/>
        </w:tc>
      </w:tr>
    </w:tbl>
    <w:p w14:paraId="70CD4962" w14:textId="77777777" w:rsidR="00922B42" w:rsidRDefault="00922B42">
      <w:pPr>
        <w:spacing w:after="40"/>
      </w:pPr>
    </w:p>
    <w:p w14:paraId="0E8524EC" w14:textId="77777777" w:rsidR="00922B42" w:rsidRDefault="00EE1F9F">
      <w:pPr>
        <w:spacing w:after="80" w:line="252" w:lineRule="auto"/>
      </w:pPr>
      <w:r>
        <w:rPr>
          <w:b/>
        </w:rPr>
        <w:t>Participant status at the time of joining the Project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922B42" w14:paraId="10E63288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63000" w14:textId="77777777" w:rsidR="00922B42" w:rsidRDefault="00EE1F9F">
            <w:r>
              <w:rPr>
                <w:b/>
                <w:sz w:val="18"/>
              </w:rPr>
              <w:t>A person belonging to a national or ethnic minority, migrant, person of foreign origin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C47AB" w14:textId="77777777" w:rsidR="00922B42" w:rsidRDefault="00EE1F9F">
            <w:r>
              <w:rPr>
                <w:sz w:val="18"/>
              </w:rPr>
              <w:t>☐ No</w:t>
            </w:r>
            <w:r>
              <w:rPr>
                <w:sz w:val="18"/>
              </w:rPr>
              <w:br/>
              <w:t>☐ I refuse to provide the information</w:t>
            </w:r>
            <w:r>
              <w:rPr>
                <w:sz w:val="18"/>
              </w:rPr>
              <w:br/>
              <w:t>☐ Yes</w:t>
            </w:r>
          </w:p>
        </w:tc>
      </w:tr>
      <w:tr w:rsidR="00922B42" w14:paraId="43F9B286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D42DA" w14:textId="77777777" w:rsidR="00922B42" w:rsidRDefault="00EE1F9F">
            <w:r>
              <w:rPr>
                <w:b/>
                <w:sz w:val="18"/>
              </w:rPr>
              <w:t>Homeless person or a person deprived of access to housing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A8EEB" w14:textId="77777777" w:rsidR="00922B42" w:rsidRDefault="00EE1F9F">
            <w:r>
              <w:rPr>
                <w:sz w:val="18"/>
              </w:rPr>
              <w:t>☐ No</w:t>
            </w:r>
            <w:r>
              <w:rPr>
                <w:sz w:val="18"/>
              </w:rPr>
              <w:br/>
              <w:t>☐ I refuse to provide the information</w:t>
            </w:r>
            <w:r>
              <w:rPr>
                <w:sz w:val="18"/>
              </w:rPr>
              <w:br/>
              <w:t>☐ Yes</w:t>
            </w:r>
          </w:p>
        </w:tc>
      </w:tr>
      <w:tr w:rsidR="00922B42" w14:paraId="0034FE47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A0C2" w14:textId="77777777" w:rsidR="00922B42" w:rsidRDefault="00EE1F9F">
            <w:r>
              <w:rPr>
                <w:b/>
                <w:sz w:val="18"/>
              </w:rPr>
              <w:t>A person with disabilities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E29C3" w14:textId="77777777" w:rsidR="00922B42" w:rsidRDefault="00EE1F9F">
            <w:r>
              <w:rPr>
                <w:sz w:val="18"/>
              </w:rPr>
              <w:t>☐ No</w:t>
            </w:r>
            <w:r>
              <w:rPr>
                <w:sz w:val="18"/>
              </w:rPr>
              <w:br/>
              <w:t>☐ I refuse to provide the information</w:t>
            </w:r>
            <w:r>
              <w:rPr>
                <w:sz w:val="18"/>
              </w:rPr>
              <w:br/>
              <w:t>☐ Yes</w:t>
            </w:r>
          </w:p>
        </w:tc>
      </w:tr>
      <w:tr w:rsidR="00922B42" w14:paraId="275BA239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B9481" w14:textId="77777777" w:rsidR="00922B42" w:rsidRDefault="00EE1F9F">
            <w:r>
              <w:rPr>
                <w:b/>
                <w:sz w:val="18"/>
              </w:rPr>
              <w:t>A person experiencing a different social disadvantage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CE0DF" w14:textId="77777777" w:rsidR="00922B42" w:rsidRDefault="00EE1F9F">
            <w:r>
              <w:rPr>
                <w:sz w:val="18"/>
              </w:rPr>
              <w:t>☐ No</w:t>
            </w:r>
            <w:r>
              <w:rPr>
                <w:sz w:val="18"/>
              </w:rPr>
              <w:br/>
              <w:t>☐ I refuse to provide the information</w:t>
            </w:r>
            <w:r>
              <w:rPr>
                <w:sz w:val="18"/>
              </w:rPr>
              <w:br/>
              <w:t>☐ Yes</w:t>
            </w:r>
          </w:p>
        </w:tc>
      </w:tr>
      <w:tr w:rsidR="00922B42" w14:paraId="15600FFA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196C" w14:textId="77777777" w:rsidR="00922B42" w:rsidRDefault="00EE1F9F">
            <w:r>
              <w:rPr>
                <w:b/>
                <w:sz w:val="18"/>
              </w:rPr>
              <w:t>Labour market status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B029E" w14:textId="77777777" w:rsidR="00922B42" w:rsidRDefault="00EE1F9F">
            <w:r>
              <w:rPr>
                <w:sz w:val="18"/>
              </w:rPr>
              <w:t>☐ professionally inactive person</w:t>
            </w:r>
            <w:r>
              <w:rPr>
                <w:sz w:val="18"/>
              </w:rPr>
              <w:br/>
              <w:t>☐ working person</w:t>
            </w:r>
            <w:r>
              <w:rPr>
                <w:sz w:val="18"/>
              </w:rPr>
              <w:br/>
              <w:t>Place of employment: __________________</w:t>
            </w:r>
          </w:p>
        </w:tc>
      </w:tr>
    </w:tbl>
    <w:p w14:paraId="2151A35D" w14:textId="77777777" w:rsidR="00922B42" w:rsidRDefault="00922B42">
      <w:pPr>
        <w:spacing w:after="40"/>
      </w:pPr>
    </w:p>
    <w:p w14:paraId="53F4E5D1" w14:textId="77777777" w:rsidR="00922B42" w:rsidRDefault="00EE1F9F">
      <w:pPr>
        <w:spacing w:after="0" w:line="252" w:lineRule="auto"/>
      </w:pPr>
      <w:r>
        <w:br/>
        <w:t>…..………………………………………………..……..……</w:t>
      </w:r>
      <w:r>
        <w:br/>
        <w:t>PLACE AND DATE</w:t>
      </w:r>
    </w:p>
    <w:p w14:paraId="7521720B" w14:textId="77777777" w:rsidR="00922B42" w:rsidRDefault="00EE1F9F">
      <w:pPr>
        <w:spacing w:after="0" w:line="252" w:lineRule="auto"/>
        <w:jc w:val="right"/>
      </w:pPr>
      <w:r>
        <w:br/>
        <w:t>………………………………………………………………</w:t>
      </w:r>
      <w:r>
        <w:br/>
        <w:t>LEGIBLE SIGNATURE OF THE PROJECT PARTICIPANT</w:t>
      </w:r>
    </w:p>
    <w:p w14:paraId="1F20F826" w14:textId="77777777" w:rsidR="00922B42" w:rsidRDefault="00EE1F9F">
      <w:pPr>
        <w:spacing w:after="0" w:line="252" w:lineRule="auto"/>
      </w:pPr>
      <w:r>
        <w:br/>
        <w:t>…..………………………………………………..……..……</w:t>
      </w:r>
      <w:r>
        <w:br/>
        <w:t>PLACE AND DATE</w:t>
      </w:r>
    </w:p>
    <w:p w14:paraId="4EDC8FDD" w14:textId="77777777" w:rsidR="00922B42" w:rsidRDefault="00EE1F9F">
      <w:pPr>
        <w:spacing w:after="120" w:line="252" w:lineRule="auto"/>
        <w:jc w:val="right"/>
      </w:pPr>
      <w:r>
        <w:br/>
        <w:t>………………………………………………………………</w:t>
      </w:r>
      <w:r>
        <w:br/>
        <w:t>LEGIBLE SIGNATURE OF THE PERSON RECEIVING THE FORM ON THE PART OF THE BENEFICIARY</w:t>
      </w:r>
    </w:p>
    <w:p w14:paraId="7E87E4C0" w14:textId="2FDD53AD" w:rsidR="00922B42" w:rsidRDefault="00922B42"/>
    <w:sectPr w:rsidR="00922B42" w:rsidSect="001816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4" w:right="1080" w:bottom="567" w:left="1080" w:header="720" w:footer="10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CD2CF" w14:textId="77777777" w:rsidR="00A325A0" w:rsidRDefault="00A325A0">
      <w:pPr>
        <w:spacing w:after="0" w:line="240" w:lineRule="auto"/>
      </w:pPr>
      <w:r>
        <w:separator/>
      </w:r>
    </w:p>
  </w:endnote>
  <w:endnote w:type="continuationSeparator" w:id="0">
    <w:p w14:paraId="4D0C11FB" w14:textId="77777777" w:rsidR="00A325A0" w:rsidRDefault="00A32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17C7" w14:textId="77777777" w:rsidR="00246E93" w:rsidRDefault="00246E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FB16" w14:textId="77777777" w:rsidR="001816E3" w:rsidRDefault="001816E3">
    <w:pPr>
      <w:pStyle w:val="Stopka"/>
    </w:pPr>
    <w:r>
      <w:tab/>
    </w:r>
    <w:r>
      <w:fldChar w:fldCharType="begin"/>
    </w:r>
    <w:r>
      <w:instrText>PAGE   \* MERGEFORMAT</w:instrText>
    </w:r>
    <w:r>
      <w:fldChar w:fldCharType="separate"/>
    </w:r>
    <w:r w:rsidRPr="001816E3">
      <w:rPr>
        <w:noProof/>
        <w:lang w:val="pl-PL"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8786" w14:textId="77777777" w:rsidR="00246E93" w:rsidRDefault="00246E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37543" w14:textId="77777777" w:rsidR="00A325A0" w:rsidRDefault="00A325A0">
      <w:pPr>
        <w:spacing w:after="0" w:line="240" w:lineRule="auto"/>
      </w:pPr>
      <w:r>
        <w:separator/>
      </w:r>
    </w:p>
  </w:footnote>
  <w:footnote w:type="continuationSeparator" w:id="0">
    <w:p w14:paraId="18A5C7B8" w14:textId="77777777" w:rsidR="00A325A0" w:rsidRDefault="00A32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F340" w14:textId="77777777" w:rsidR="00246E93" w:rsidRDefault="00246E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3385" w14:textId="632CD436" w:rsidR="00922B42" w:rsidRDefault="00246E93">
    <w:pPr>
      <w:pStyle w:val="Nagwek"/>
      <w:jc w:val="center"/>
    </w:pPr>
    <w:r w:rsidRPr="00841A47">
      <w:rPr>
        <w:noProof/>
      </w:rPr>
      <w:drawing>
        <wp:inline distT="0" distB="0" distL="0" distR="0" wp14:anchorId="49D61381" wp14:editId="34B70751">
          <wp:extent cx="5530850" cy="580868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1663" cy="591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7B213A" w14:textId="77777777" w:rsidR="001816E3" w:rsidRDefault="001816E3">
    <w:pPr>
      <w:pStyle w:val="Nagwek"/>
      <w:jc w:val="center"/>
    </w:pPr>
  </w:p>
  <w:p w14:paraId="3BB6727B" w14:textId="77777777" w:rsidR="001816E3" w:rsidRDefault="001816E3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D0E5F" w14:textId="77777777" w:rsidR="00246E93" w:rsidRDefault="00246E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6430C3"/>
    <w:multiLevelType w:val="hybridMultilevel"/>
    <w:tmpl w:val="79DA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16E13"/>
    <w:multiLevelType w:val="hybridMultilevel"/>
    <w:tmpl w:val="F0023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4906">
    <w:abstractNumId w:val="8"/>
  </w:num>
  <w:num w:numId="2" w16cid:durableId="742024372">
    <w:abstractNumId w:val="6"/>
  </w:num>
  <w:num w:numId="3" w16cid:durableId="210308149">
    <w:abstractNumId w:val="5"/>
  </w:num>
  <w:num w:numId="4" w16cid:durableId="317809641">
    <w:abstractNumId w:val="4"/>
  </w:num>
  <w:num w:numId="5" w16cid:durableId="1108424606">
    <w:abstractNumId w:val="7"/>
  </w:num>
  <w:num w:numId="6" w16cid:durableId="393549416">
    <w:abstractNumId w:val="3"/>
  </w:num>
  <w:num w:numId="7" w16cid:durableId="1386372926">
    <w:abstractNumId w:val="2"/>
  </w:num>
  <w:num w:numId="8" w16cid:durableId="308168628">
    <w:abstractNumId w:val="1"/>
  </w:num>
  <w:num w:numId="9" w16cid:durableId="631061311">
    <w:abstractNumId w:val="0"/>
  </w:num>
  <w:num w:numId="10" w16cid:durableId="944000407">
    <w:abstractNumId w:val="10"/>
  </w:num>
  <w:num w:numId="11" w16cid:durableId="13470967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1633"/>
    <w:rsid w:val="00034616"/>
    <w:rsid w:val="0006063C"/>
    <w:rsid w:val="00112819"/>
    <w:rsid w:val="00144A6C"/>
    <w:rsid w:val="0015074B"/>
    <w:rsid w:val="001816E3"/>
    <w:rsid w:val="00246E93"/>
    <w:rsid w:val="0029639D"/>
    <w:rsid w:val="002D55E9"/>
    <w:rsid w:val="00326F90"/>
    <w:rsid w:val="0053067B"/>
    <w:rsid w:val="005873D7"/>
    <w:rsid w:val="00915EE9"/>
    <w:rsid w:val="00922B42"/>
    <w:rsid w:val="00A325A0"/>
    <w:rsid w:val="00A5285D"/>
    <w:rsid w:val="00A84A5D"/>
    <w:rsid w:val="00AA1D8D"/>
    <w:rsid w:val="00AC4713"/>
    <w:rsid w:val="00B47730"/>
    <w:rsid w:val="00CB0664"/>
    <w:rsid w:val="00D63DBA"/>
    <w:rsid w:val="00EE1F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74C61F"/>
  <w14:defaultImageDpi w14:val="300"/>
  <w15:docId w15:val="{1A6F3820-C0F3-47C4-9D60-36205576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CD7AC-D748-4C45-820F-F8A10B99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Pikoń</cp:lastModifiedBy>
  <cp:revision>4</cp:revision>
  <dcterms:created xsi:type="dcterms:W3CDTF">2026-07-08T14:02:00Z</dcterms:created>
  <dcterms:modified xsi:type="dcterms:W3CDTF">2026-07-08T14:26:00Z</dcterms:modified>
  <cp:category/>
</cp:coreProperties>
</file>