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D952D" w14:textId="77777777" w:rsidR="00922B42" w:rsidRDefault="00EE1F9F">
      <w:pPr>
        <w:spacing w:after="40" w:line="252" w:lineRule="auto"/>
        <w:jc w:val="right"/>
      </w:pPr>
      <w:r>
        <w:rPr>
          <w:i/>
        </w:rPr>
        <w:t>Annex 3 to the Regulations</w:t>
      </w:r>
    </w:p>
    <w:p w14:paraId="3DD08809" w14:textId="77777777" w:rsidR="00922B42" w:rsidRDefault="00EE1F9F">
      <w:pPr>
        <w:spacing w:after="160" w:line="252" w:lineRule="auto"/>
        <w:jc w:val="right"/>
      </w:pPr>
      <w:r>
        <w:rPr>
          <w:i/>
        </w:rPr>
        <w:t>Declaration of the Project Participant concerning personal data GDPR/FERS</w:t>
      </w:r>
    </w:p>
    <w:p w14:paraId="03FF8CF3" w14:textId="77777777" w:rsidR="00922B42" w:rsidRDefault="00EE1F9F">
      <w:pPr>
        <w:spacing w:after="40" w:line="252" w:lineRule="auto"/>
        <w:jc w:val="center"/>
      </w:pPr>
      <w:r>
        <w:rPr>
          <w:b/>
          <w:sz w:val="26"/>
        </w:rPr>
        <w:t>DECLARATION OF THE PROJECT PARTICIPANT</w:t>
      </w:r>
    </w:p>
    <w:p w14:paraId="7DCF0B48" w14:textId="77777777" w:rsidR="00922B42" w:rsidRDefault="00EE1F9F">
      <w:pPr>
        <w:spacing w:after="160" w:line="252" w:lineRule="auto"/>
        <w:jc w:val="center"/>
      </w:pPr>
      <w:r>
        <w:rPr>
          <w:i/>
          <w:sz w:val="18"/>
        </w:rPr>
        <w:t>(information obligation fulfilled under Articles 13 and 14 of Regulation (EU) 2016/679)</w:t>
      </w:r>
    </w:p>
    <w:p w14:paraId="0AF0D487" w14:textId="77777777" w:rsidR="00922B42" w:rsidRDefault="00EE1F9F">
      <w:pPr>
        <w:spacing w:after="100" w:line="252" w:lineRule="auto"/>
      </w:pPr>
      <w:r>
        <w:t>In connection with my participation in the project titled “Energy Transition Academy: Circular Economy &amp; Life Cycle Thinking”, implemented under the NAWA Programme SPINAKER - International Intensive Programmes, Call 2025, financed from European Union funds, Agreement No. BPI/SPI/2025/1/00004/U/00001, I hereby acknowledge that:</w:t>
      </w:r>
    </w:p>
    <w:p w14:paraId="5415ECD3" w14:textId="77777777" w:rsidR="00922B42" w:rsidRDefault="00EE1F9F">
      <w:pPr>
        <w:spacing w:after="80" w:line="252" w:lineRule="auto"/>
        <w:ind w:left="461" w:hanging="461"/>
      </w:pPr>
      <w:r>
        <w:t>1. The controller of my personal data is the minister competent for regional development acting as the Managing Authority for the Programme European Funds for Social Development 2021-2027 (FERS), with registered office at ul. Wspólna 2/4, 00-926 Warszawa.</w:t>
      </w:r>
    </w:p>
    <w:p w14:paraId="682B33D1" w14:textId="77777777" w:rsidR="00922B42" w:rsidRDefault="00EE1F9F">
      <w:pPr>
        <w:spacing w:after="80" w:line="252" w:lineRule="auto"/>
        <w:ind w:left="461" w:hanging="461"/>
      </w:pPr>
      <w:r>
        <w:t>2. My personal data will be processed in connection with the implementation of FERS and the NAWA Programme SPINAKER, in particular for monitoring, reporting, communication, publication, evaluation, financial management, verification, control, audit and determining the eligibility of Participants.</w:t>
      </w:r>
    </w:p>
    <w:p w14:paraId="5C6FB89C" w14:textId="77777777" w:rsidR="00922B42" w:rsidRDefault="00EE1F9F">
      <w:pPr>
        <w:spacing w:after="80" w:line="252" w:lineRule="auto"/>
        <w:ind w:left="461" w:hanging="461"/>
      </w:pPr>
      <w:r>
        <w:t>3. The legal basis for the processing of my personal data is Article 6(1)(c), Article 6(1)(e), Article 9(2)(g) and, where applicable, Article 10 of Regulation (EU) 2016/679 (GDPR), in connection with the applicable European Union and Polish regulations governing the implementation of projects financed from European funds in the financial perspective 2021-2027.</w:t>
      </w:r>
    </w:p>
    <w:p w14:paraId="450A10CA" w14:textId="77777777" w:rsidR="00922B42" w:rsidRDefault="00EE1F9F">
      <w:pPr>
        <w:spacing w:after="80" w:line="252" w:lineRule="auto"/>
        <w:ind w:left="461" w:hanging="461"/>
      </w:pPr>
      <w:r>
        <w:t>4. My personal data may be made available to entities authorised by law, including institutions involved in the implementation of FERS and the NAWA Programme, as well as entities performing evaluation, control, audit, IT, archiving or other services necessary for the implementation of the Project.</w:t>
      </w:r>
    </w:p>
    <w:p w14:paraId="2E32E03D" w14:textId="77777777" w:rsidR="00922B42" w:rsidRDefault="00EE1F9F">
      <w:pPr>
        <w:spacing w:after="80" w:line="252" w:lineRule="auto"/>
        <w:ind w:left="461" w:hanging="461"/>
      </w:pPr>
      <w:r>
        <w:t>5. The provision of personal data is voluntary but necessary for participation in the Project. Refusal to provide the required data results in lack of possibility to receive support under the Project.</w:t>
      </w:r>
    </w:p>
    <w:p w14:paraId="70D1493E" w14:textId="77777777" w:rsidR="00922B42" w:rsidRDefault="00EE1F9F">
      <w:pPr>
        <w:spacing w:after="80" w:line="252" w:lineRule="auto"/>
        <w:ind w:left="461" w:hanging="461"/>
      </w:pPr>
      <w:r>
        <w:t>6. My personal data will be stored for the period necessary to achieve the purposes of processing and for the period required by applicable archiving and project documentation rules.</w:t>
      </w:r>
    </w:p>
    <w:p w14:paraId="27F3BB7F" w14:textId="77777777" w:rsidR="00922B42" w:rsidRDefault="00EE1F9F">
      <w:pPr>
        <w:spacing w:after="80" w:line="252" w:lineRule="auto"/>
        <w:ind w:left="461" w:hanging="461"/>
      </w:pPr>
      <w:r>
        <w:t>7. My personal data will not be transferred to a third country or to an international organisation and will not be used for decisions based solely on automated processing, including profiling.</w:t>
      </w:r>
    </w:p>
    <w:p w14:paraId="4C6CC73C" w14:textId="77777777" w:rsidR="00922B42" w:rsidRDefault="00EE1F9F">
      <w:pPr>
        <w:spacing w:after="80" w:line="252" w:lineRule="auto"/>
        <w:ind w:left="461" w:hanging="461"/>
      </w:pPr>
      <w:r>
        <w:t>8. I have the right to access my personal data, obtain a copy of them, rectify them, request restriction of processing and lodge a complaint with the President of the Personal Data Protection Office, in accordance with the GDPR.</w:t>
      </w:r>
    </w:p>
    <w:p w14:paraId="0424294F" w14:textId="77777777" w:rsidR="00922B42" w:rsidRDefault="00EE1F9F">
      <w:pPr>
        <w:spacing w:after="80" w:line="252" w:lineRule="auto"/>
        <w:ind w:left="461" w:hanging="461"/>
      </w:pPr>
      <w:r>
        <w:t>9. Data protection contact: IOD@mfipr.gov.pl; NAWA Data Protection Officer: odo@nawa.gov.pl.</w:t>
      </w:r>
    </w:p>
    <w:p w14:paraId="7A516D60" w14:textId="77777777" w:rsidR="00922B42" w:rsidRDefault="00EE1F9F">
      <w:pPr>
        <w:spacing w:after="0" w:line="252" w:lineRule="auto"/>
      </w:pPr>
      <w:r>
        <w:br/>
        <w:t>…..………………………………………………..……..……</w:t>
      </w:r>
      <w:r>
        <w:br/>
        <w:t>PLACE AND DATE</w:t>
      </w:r>
    </w:p>
    <w:p w14:paraId="20DDE620" w14:textId="77777777" w:rsidR="00922B42" w:rsidRDefault="00EE1F9F">
      <w:pPr>
        <w:spacing w:after="0" w:line="252" w:lineRule="auto"/>
        <w:jc w:val="right"/>
      </w:pPr>
      <w:r>
        <w:br/>
        <w:t>………………………………………………………………</w:t>
      </w:r>
      <w:r>
        <w:br/>
        <w:t>LEGIBLE SIGNATURE OF THE PROJECT PARTICIPANT*</w:t>
      </w:r>
    </w:p>
    <w:p w14:paraId="7BD222FA" w14:textId="77777777" w:rsidR="00922B42" w:rsidRDefault="00EE1F9F">
      <w:pPr>
        <w:spacing w:after="120" w:line="252" w:lineRule="auto"/>
      </w:pPr>
      <w:r>
        <w:rPr>
          <w:i/>
          <w:sz w:val="16"/>
        </w:rPr>
        <w:t>* In the event that the declaration of participation is made by a minor, it should be signed by their legal guardian.</w:t>
      </w:r>
    </w:p>
    <w:p w14:paraId="4794CA5B" w14:textId="63DB95C5" w:rsidR="00922B42" w:rsidRDefault="00922B42"/>
    <w:sectPr w:rsidR="00922B42" w:rsidSect="001816E3">
      <w:headerReference w:type="even" r:id="rId8"/>
      <w:headerReference w:type="default" r:id="rId9"/>
      <w:footerReference w:type="even" r:id="rId10"/>
      <w:footerReference w:type="default" r:id="rId11"/>
      <w:headerReference w:type="first" r:id="rId12"/>
      <w:footerReference w:type="first" r:id="rId13"/>
      <w:pgSz w:w="12240" w:h="15840"/>
      <w:pgMar w:top="1024" w:right="1080" w:bottom="567" w:left="1080" w:header="720" w:footer="10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ADD42" w14:textId="77777777" w:rsidR="00EE1F9F" w:rsidRDefault="00EE1F9F">
      <w:pPr>
        <w:spacing w:after="0" w:line="240" w:lineRule="auto"/>
      </w:pPr>
      <w:r>
        <w:separator/>
      </w:r>
    </w:p>
  </w:endnote>
  <w:endnote w:type="continuationSeparator" w:id="0">
    <w:p w14:paraId="6CE6F44E" w14:textId="77777777" w:rsidR="00EE1F9F" w:rsidRDefault="00EE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88FE" w14:textId="77777777" w:rsidR="00CE746C" w:rsidRDefault="00CE746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7F5B" w14:textId="77777777" w:rsidR="001816E3" w:rsidRDefault="001816E3">
    <w:pPr>
      <w:pStyle w:val="Stopka"/>
    </w:pPr>
    <w:r>
      <w:tab/>
    </w:r>
    <w:r>
      <w:fldChar w:fldCharType="begin"/>
    </w:r>
    <w:r>
      <w:instrText>PAGE   \* MERGEFORMAT</w:instrText>
    </w:r>
    <w:r>
      <w:fldChar w:fldCharType="separate"/>
    </w:r>
    <w:r w:rsidRPr="001816E3">
      <w:rPr>
        <w:noProof/>
        <w:lang w:val="pl-PL"/>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6823" w14:textId="77777777" w:rsidR="00CE746C" w:rsidRDefault="00CE746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37FD5" w14:textId="77777777" w:rsidR="00EE1F9F" w:rsidRDefault="00EE1F9F">
      <w:pPr>
        <w:spacing w:after="0" w:line="240" w:lineRule="auto"/>
      </w:pPr>
      <w:r>
        <w:separator/>
      </w:r>
    </w:p>
  </w:footnote>
  <w:footnote w:type="continuationSeparator" w:id="0">
    <w:p w14:paraId="1E0BC395" w14:textId="77777777" w:rsidR="00EE1F9F" w:rsidRDefault="00EE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367A" w14:textId="77777777" w:rsidR="00CE746C" w:rsidRDefault="00CE746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651F" w14:textId="4C6D5FAB" w:rsidR="00922B42" w:rsidRDefault="00CE746C">
    <w:pPr>
      <w:pStyle w:val="Nagwek"/>
      <w:jc w:val="center"/>
    </w:pPr>
    <w:r w:rsidRPr="00841A47">
      <w:rPr>
        <w:noProof/>
      </w:rPr>
      <w:drawing>
        <wp:inline distT="0" distB="0" distL="0" distR="0" wp14:anchorId="1AFBF180" wp14:editId="4E6C6ED3">
          <wp:extent cx="5530850" cy="580868"/>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1663" cy="591456"/>
                  </a:xfrm>
                  <a:prstGeom prst="rect">
                    <a:avLst/>
                  </a:prstGeom>
                  <a:noFill/>
                  <a:ln>
                    <a:noFill/>
                  </a:ln>
                </pic:spPr>
              </pic:pic>
            </a:graphicData>
          </a:graphic>
        </wp:inline>
      </w:drawing>
    </w:r>
  </w:p>
  <w:p w14:paraId="33A0314D" w14:textId="77777777" w:rsidR="001816E3" w:rsidRDefault="001816E3">
    <w:pPr>
      <w:pStyle w:val="Nagwek"/>
      <w:jc w:val="center"/>
    </w:pPr>
  </w:p>
  <w:p w14:paraId="2390250D" w14:textId="77777777" w:rsidR="001816E3" w:rsidRDefault="001816E3">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4E9B2" w14:textId="77777777" w:rsidR="00CE746C" w:rsidRDefault="00CE746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B6430C3"/>
    <w:multiLevelType w:val="hybridMultilevel"/>
    <w:tmpl w:val="79DAF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E16E13"/>
    <w:multiLevelType w:val="hybridMultilevel"/>
    <w:tmpl w:val="F0023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270388">
    <w:abstractNumId w:val="8"/>
  </w:num>
  <w:num w:numId="2" w16cid:durableId="435637158">
    <w:abstractNumId w:val="6"/>
  </w:num>
  <w:num w:numId="3" w16cid:durableId="962275167">
    <w:abstractNumId w:val="5"/>
  </w:num>
  <w:num w:numId="4" w16cid:durableId="520970714">
    <w:abstractNumId w:val="4"/>
  </w:num>
  <w:num w:numId="5" w16cid:durableId="798915677">
    <w:abstractNumId w:val="7"/>
  </w:num>
  <w:num w:numId="6" w16cid:durableId="394738072">
    <w:abstractNumId w:val="3"/>
  </w:num>
  <w:num w:numId="7" w16cid:durableId="1371493384">
    <w:abstractNumId w:val="2"/>
  </w:num>
  <w:num w:numId="8" w16cid:durableId="1735422297">
    <w:abstractNumId w:val="1"/>
  </w:num>
  <w:num w:numId="9" w16cid:durableId="1367216881">
    <w:abstractNumId w:val="0"/>
  </w:num>
  <w:num w:numId="10" w16cid:durableId="914897192">
    <w:abstractNumId w:val="10"/>
  </w:num>
  <w:num w:numId="11" w16cid:durableId="122236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12819"/>
    <w:rsid w:val="0015074B"/>
    <w:rsid w:val="001816E3"/>
    <w:rsid w:val="0029639D"/>
    <w:rsid w:val="002D55E9"/>
    <w:rsid w:val="00326F90"/>
    <w:rsid w:val="00362C3F"/>
    <w:rsid w:val="0053067B"/>
    <w:rsid w:val="00570818"/>
    <w:rsid w:val="005873D7"/>
    <w:rsid w:val="008A787D"/>
    <w:rsid w:val="00902494"/>
    <w:rsid w:val="00915EE9"/>
    <w:rsid w:val="00922B42"/>
    <w:rsid w:val="00AA1D8D"/>
    <w:rsid w:val="00AC4713"/>
    <w:rsid w:val="00B47730"/>
    <w:rsid w:val="00CB0664"/>
    <w:rsid w:val="00CE746C"/>
    <w:rsid w:val="00EE1F9F"/>
    <w:rsid w:val="00F836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D74C61F"/>
  <w14:defaultImageDpi w14:val="300"/>
  <w15:docId w15:val="{1A6F3820-C0F3-47C4-9D60-36205576D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D7AC-D748-4C45-820F-F8A10B99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415</Words>
  <Characters>2494</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Krzysztof Pikoń</cp:lastModifiedBy>
  <cp:revision>4</cp:revision>
  <dcterms:created xsi:type="dcterms:W3CDTF">2026-07-08T14:04:00Z</dcterms:created>
  <dcterms:modified xsi:type="dcterms:W3CDTF">2026-07-08T14:26:00Z</dcterms:modified>
  <cp:category/>
</cp:coreProperties>
</file>