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0D11C" w14:textId="77777777" w:rsidR="00243257" w:rsidRDefault="00821469">
      <w:pPr>
        <w:spacing w:after="40"/>
        <w:jc w:val="center"/>
      </w:pPr>
      <w:r>
        <w:rPr>
          <w:rFonts w:eastAsia="Arial"/>
          <w:b/>
          <w:sz w:val="30"/>
        </w:rPr>
        <w:t>ACCESSIBILITY AND SPECIAL NEEDS DECLARATION</w:t>
      </w:r>
    </w:p>
    <w:p w14:paraId="3E82D366" w14:textId="77777777" w:rsidR="00243257" w:rsidRDefault="00821469">
      <w:pPr>
        <w:spacing w:after="20"/>
        <w:jc w:val="center"/>
      </w:pPr>
      <w:r>
        <w:rPr>
          <w:rFonts w:eastAsia="Arial"/>
          <w:b/>
          <w:sz w:val="22"/>
        </w:rPr>
        <w:t>Summer School: Energy Transition Academy</w:t>
      </w:r>
    </w:p>
    <w:p w14:paraId="3BF4BAAF" w14:textId="77777777" w:rsidR="00243257" w:rsidRDefault="00821469">
      <w:pPr>
        <w:spacing w:after="120"/>
        <w:jc w:val="center"/>
      </w:pPr>
      <w:r>
        <w:rPr>
          <w:rFonts w:eastAsia="Arial"/>
          <w:b/>
        </w:rPr>
        <w:t>Circular Economy &amp; Life Cycle Thinking</w:t>
      </w:r>
    </w:p>
    <w:p w14:paraId="36AAA21E" w14:textId="77777777" w:rsidR="00243257" w:rsidRDefault="00821469">
      <w:pPr>
        <w:spacing w:after="180"/>
        <w:jc w:val="center"/>
      </w:pPr>
      <w:r>
        <w:rPr>
          <w:rFonts w:eastAsia="Arial"/>
          <w:i/>
          <w:sz w:val="18"/>
        </w:rPr>
        <w:t>Voluntary document for accepted participants</w:t>
      </w:r>
    </w:p>
    <w:tbl>
      <w:tblPr>
        <w:tblStyle w:val="Tabela-Siatka"/>
        <w:tblW w:w="0" w:type="auto"/>
        <w:jc w:val="center"/>
        <w:tblLook w:val="04A0" w:firstRow="1" w:lastRow="0" w:firstColumn="1" w:lastColumn="0" w:noHBand="0" w:noVBand="1"/>
      </w:tblPr>
      <w:tblGrid>
        <w:gridCol w:w="9962"/>
      </w:tblGrid>
      <w:tr w:rsidR="00243257" w14:paraId="45EB7BE9" w14:textId="77777777">
        <w:trPr>
          <w:jc w:val="center"/>
        </w:trPr>
        <w:tc>
          <w:tcPr>
            <w:tcW w:w="9972" w:type="dxa"/>
            <w:shd w:val="clear" w:color="auto" w:fill="EAF2F8"/>
            <w:vAlign w:val="center"/>
          </w:tcPr>
          <w:p w14:paraId="4B1A2ADF" w14:textId="77777777" w:rsidR="00243257" w:rsidRDefault="00821469">
            <w:r>
              <w:rPr>
                <w:rFonts w:eastAsia="Arial"/>
                <w:b/>
                <w:sz w:val="18"/>
              </w:rPr>
              <w:t xml:space="preserve">Important: </w:t>
            </w:r>
            <w:r>
              <w:rPr>
                <w:rFonts w:eastAsia="Arial"/>
                <w:sz w:val="18"/>
              </w:rPr>
              <w:t xml:space="preserve">Submitting this form is voluntary. If you do not require any </w:t>
            </w:r>
            <w:r>
              <w:rPr>
                <w:rFonts w:eastAsia="Arial"/>
                <w:sz w:val="18"/>
              </w:rPr>
              <w:t>accessibility support, special arrangements or special dietary arrangements, simply tick the first option in Section 2 and sign the form. No further information is required.</w:t>
            </w:r>
          </w:p>
        </w:tc>
      </w:tr>
    </w:tbl>
    <w:p w14:paraId="75FD7DBF" w14:textId="77777777" w:rsidR="00243257" w:rsidRDefault="00821469">
      <w:pPr>
        <w:spacing w:before="120" w:after="80"/>
      </w:pPr>
      <w:r>
        <w:rPr>
          <w:rFonts w:eastAsia="Arial"/>
          <w:b/>
          <w:sz w:val="24"/>
        </w:rPr>
        <w:t>1. Project information</w:t>
      </w:r>
    </w:p>
    <w:tbl>
      <w:tblPr>
        <w:tblStyle w:val="Tabela-Siatka"/>
        <w:tblW w:w="0" w:type="auto"/>
        <w:jc w:val="center"/>
        <w:tblLook w:val="04A0" w:firstRow="1" w:lastRow="0" w:firstColumn="1" w:lastColumn="0" w:noHBand="0" w:noVBand="1"/>
      </w:tblPr>
      <w:tblGrid>
        <w:gridCol w:w="2835"/>
        <w:gridCol w:w="6520"/>
      </w:tblGrid>
      <w:tr w:rsidR="00243257" w14:paraId="696728AB" w14:textId="77777777">
        <w:trPr>
          <w:jc w:val="center"/>
        </w:trPr>
        <w:tc>
          <w:tcPr>
            <w:tcW w:w="2835" w:type="dxa"/>
            <w:shd w:val="clear" w:color="auto" w:fill="D9EAF7"/>
          </w:tcPr>
          <w:p w14:paraId="18CDFC01" w14:textId="77777777" w:rsidR="00243257" w:rsidRDefault="00821469">
            <w:r>
              <w:rPr>
                <w:rFonts w:eastAsia="Arial"/>
                <w:b/>
                <w:sz w:val="17"/>
              </w:rPr>
              <w:t>Programme</w:t>
            </w:r>
          </w:p>
        </w:tc>
        <w:tc>
          <w:tcPr>
            <w:tcW w:w="6520" w:type="dxa"/>
          </w:tcPr>
          <w:p w14:paraId="31497055" w14:textId="77777777" w:rsidR="00243257" w:rsidRDefault="00821469">
            <w:r>
              <w:rPr>
                <w:rFonts w:eastAsia="Arial"/>
                <w:sz w:val="17"/>
              </w:rPr>
              <w:t>SPINAKER - International Intensive Programmes, Call 2025</w:t>
            </w:r>
          </w:p>
        </w:tc>
      </w:tr>
      <w:tr w:rsidR="00243257" w14:paraId="538FBBE2" w14:textId="77777777">
        <w:trPr>
          <w:jc w:val="center"/>
        </w:trPr>
        <w:tc>
          <w:tcPr>
            <w:tcW w:w="2835" w:type="dxa"/>
            <w:shd w:val="clear" w:color="auto" w:fill="D9EAF7"/>
          </w:tcPr>
          <w:p w14:paraId="35902660" w14:textId="77777777" w:rsidR="00243257" w:rsidRDefault="00821469">
            <w:r>
              <w:rPr>
                <w:rFonts w:eastAsia="Arial"/>
                <w:b/>
                <w:sz w:val="17"/>
              </w:rPr>
              <w:t>Agreement no.</w:t>
            </w:r>
          </w:p>
        </w:tc>
        <w:tc>
          <w:tcPr>
            <w:tcW w:w="6520" w:type="dxa"/>
          </w:tcPr>
          <w:p w14:paraId="761D0D2F" w14:textId="77777777" w:rsidR="00243257" w:rsidRDefault="00821469">
            <w:r>
              <w:rPr>
                <w:rFonts w:eastAsia="Arial"/>
                <w:sz w:val="17"/>
              </w:rPr>
              <w:t>BPI/SPI/2025/1/00004/U/00001</w:t>
            </w:r>
          </w:p>
        </w:tc>
      </w:tr>
      <w:tr w:rsidR="00243257" w14:paraId="60BBDC2A" w14:textId="77777777">
        <w:trPr>
          <w:jc w:val="center"/>
        </w:trPr>
        <w:tc>
          <w:tcPr>
            <w:tcW w:w="2835" w:type="dxa"/>
            <w:shd w:val="clear" w:color="auto" w:fill="D9EAF7"/>
          </w:tcPr>
          <w:p w14:paraId="4C27B806" w14:textId="77777777" w:rsidR="00243257" w:rsidRDefault="00821469">
            <w:r>
              <w:rPr>
                <w:rFonts w:eastAsia="Arial"/>
                <w:b/>
                <w:sz w:val="17"/>
              </w:rPr>
              <w:t>Decision no.</w:t>
            </w:r>
          </w:p>
        </w:tc>
        <w:tc>
          <w:tcPr>
            <w:tcW w:w="6520" w:type="dxa"/>
          </w:tcPr>
          <w:p w14:paraId="2ACB9FBD" w14:textId="77777777" w:rsidR="00243257" w:rsidRDefault="00821469">
            <w:r>
              <w:rPr>
                <w:rFonts w:eastAsia="Arial"/>
                <w:sz w:val="17"/>
              </w:rPr>
              <w:t>BPI/SPI/2025/1/00004/DEC/01</w:t>
            </w:r>
          </w:p>
        </w:tc>
      </w:tr>
      <w:tr w:rsidR="00243257" w14:paraId="208C14CA" w14:textId="77777777">
        <w:trPr>
          <w:jc w:val="center"/>
        </w:trPr>
        <w:tc>
          <w:tcPr>
            <w:tcW w:w="2835" w:type="dxa"/>
            <w:shd w:val="clear" w:color="auto" w:fill="D9EAF7"/>
          </w:tcPr>
          <w:p w14:paraId="21FA348A" w14:textId="77777777" w:rsidR="00243257" w:rsidRDefault="00821469">
            <w:r>
              <w:rPr>
                <w:rFonts w:eastAsia="Arial"/>
                <w:b/>
                <w:sz w:val="17"/>
              </w:rPr>
              <w:t>Project title</w:t>
            </w:r>
          </w:p>
        </w:tc>
        <w:tc>
          <w:tcPr>
            <w:tcW w:w="6520" w:type="dxa"/>
          </w:tcPr>
          <w:p w14:paraId="16BE6096" w14:textId="77777777" w:rsidR="00243257" w:rsidRDefault="00821469">
            <w:r>
              <w:rPr>
                <w:rFonts w:eastAsia="Arial"/>
                <w:sz w:val="17"/>
              </w:rPr>
              <w:t>Energy Transition Academy: Circular Economy &amp; Life Cycle Thinking</w:t>
            </w:r>
          </w:p>
        </w:tc>
      </w:tr>
    </w:tbl>
    <w:p w14:paraId="390648FF" w14:textId="77777777" w:rsidR="00243257" w:rsidRDefault="00821469">
      <w:pPr>
        <w:spacing w:before="120" w:after="80"/>
      </w:pPr>
      <w:r>
        <w:rPr>
          <w:rFonts w:eastAsia="Arial"/>
          <w:b/>
          <w:sz w:val="24"/>
        </w:rPr>
        <w:t>2. Participant details</w:t>
      </w:r>
    </w:p>
    <w:tbl>
      <w:tblPr>
        <w:tblStyle w:val="Tabela-Siatka"/>
        <w:tblW w:w="0" w:type="auto"/>
        <w:jc w:val="center"/>
        <w:tblLook w:val="04A0" w:firstRow="1" w:lastRow="0" w:firstColumn="1" w:lastColumn="0" w:noHBand="0" w:noVBand="1"/>
      </w:tblPr>
      <w:tblGrid>
        <w:gridCol w:w="2835"/>
        <w:gridCol w:w="6520"/>
      </w:tblGrid>
      <w:tr w:rsidR="00243257" w14:paraId="62770CBE" w14:textId="77777777">
        <w:trPr>
          <w:jc w:val="center"/>
        </w:trPr>
        <w:tc>
          <w:tcPr>
            <w:tcW w:w="2835" w:type="dxa"/>
            <w:shd w:val="clear" w:color="auto" w:fill="D9EAF7"/>
          </w:tcPr>
          <w:p w14:paraId="412B40A5" w14:textId="77777777" w:rsidR="00243257" w:rsidRDefault="00821469">
            <w:r>
              <w:rPr>
                <w:rFonts w:eastAsia="Arial"/>
                <w:b/>
                <w:sz w:val="17"/>
              </w:rPr>
              <w:t>Family name / surname</w:t>
            </w:r>
          </w:p>
        </w:tc>
        <w:tc>
          <w:tcPr>
            <w:tcW w:w="6520" w:type="dxa"/>
          </w:tcPr>
          <w:p w14:paraId="335BC3E6" w14:textId="77777777" w:rsidR="00243257" w:rsidRDefault="00821469">
            <w:r>
              <w:rPr>
                <w:rFonts w:eastAsia="Arial"/>
              </w:rPr>
              <w:br/>
            </w:r>
          </w:p>
        </w:tc>
      </w:tr>
      <w:tr w:rsidR="00243257" w14:paraId="204F52C1" w14:textId="77777777">
        <w:trPr>
          <w:jc w:val="center"/>
        </w:trPr>
        <w:tc>
          <w:tcPr>
            <w:tcW w:w="2835" w:type="dxa"/>
            <w:shd w:val="clear" w:color="auto" w:fill="D9EAF7"/>
          </w:tcPr>
          <w:p w14:paraId="0C30CC17" w14:textId="77777777" w:rsidR="00243257" w:rsidRDefault="00821469">
            <w:r>
              <w:rPr>
                <w:rFonts w:eastAsia="Arial"/>
                <w:b/>
                <w:sz w:val="17"/>
              </w:rPr>
              <w:t>Given name(s)</w:t>
            </w:r>
          </w:p>
        </w:tc>
        <w:tc>
          <w:tcPr>
            <w:tcW w:w="6520" w:type="dxa"/>
          </w:tcPr>
          <w:p w14:paraId="47123385" w14:textId="77777777" w:rsidR="00243257" w:rsidRDefault="00821469">
            <w:r>
              <w:rPr>
                <w:rFonts w:eastAsia="Arial"/>
              </w:rPr>
              <w:br/>
            </w:r>
          </w:p>
        </w:tc>
      </w:tr>
      <w:tr w:rsidR="00243257" w14:paraId="29D8111E" w14:textId="77777777">
        <w:trPr>
          <w:jc w:val="center"/>
        </w:trPr>
        <w:tc>
          <w:tcPr>
            <w:tcW w:w="2835" w:type="dxa"/>
            <w:shd w:val="clear" w:color="auto" w:fill="D9EAF7"/>
          </w:tcPr>
          <w:p w14:paraId="1E267CFF" w14:textId="77777777" w:rsidR="00243257" w:rsidRDefault="00821469">
            <w:r>
              <w:rPr>
                <w:rFonts w:eastAsia="Arial"/>
                <w:b/>
                <w:sz w:val="17"/>
              </w:rPr>
              <w:t xml:space="preserve">E-mail </w:t>
            </w:r>
            <w:r>
              <w:rPr>
                <w:rFonts w:eastAsia="Arial"/>
                <w:b/>
                <w:sz w:val="17"/>
              </w:rPr>
              <w:t>address</w:t>
            </w:r>
          </w:p>
        </w:tc>
        <w:tc>
          <w:tcPr>
            <w:tcW w:w="6520" w:type="dxa"/>
          </w:tcPr>
          <w:p w14:paraId="45961608" w14:textId="77777777" w:rsidR="00243257" w:rsidRDefault="00821469">
            <w:r>
              <w:rPr>
                <w:rFonts w:eastAsia="Arial"/>
              </w:rPr>
              <w:br/>
            </w:r>
          </w:p>
        </w:tc>
      </w:tr>
      <w:tr w:rsidR="00243257" w14:paraId="578E4A91" w14:textId="77777777">
        <w:trPr>
          <w:jc w:val="center"/>
        </w:trPr>
        <w:tc>
          <w:tcPr>
            <w:tcW w:w="2835" w:type="dxa"/>
            <w:shd w:val="clear" w:color="auto" w:fill="D9EAF7"/>
          </w:tcPr>
          <w:p w14:paraId="61156810" w14:textId="77777777" w:rsidR="00243257" w:rsidRDefault="00821469">
            <w:r>
              <w:rPr>
                <w:rFonts w:eastAsia="Arial"/>
                <w:b/>
                <w:sz w:val="17"/>
              </w:rPr>
              <w:t>Home institution</w:t>
            </w:r>
          </w:p>
        </w:tc>
        <w:tc>
          <w:tcPr>
            <w:tcW w:w="6520" w:type="dxa"/>
          </w:tcPr>
          <w:p w14:paraId="0D46288C" w14:textId="77777777" w:rsidR="00243257" w:rsidRDefault="00821469">
            <w:r>
              <w:rPr>
                <w:rFonts w:eastAsia="Arial"/>
              </w:rPr>
              <w:br/>
            </w:r>
          </w:p>
        </w:tc>
      </w:tr>
    </w:tbl>
    <w:p w14:paraId="08CF7000" w14:textId="77777777" w:rsidR="00243257" w:rsidRDefault="00821469">
      <w:pPr>
        <w:spacing w:before="120" w:after="80"/>
      </w:pPr>
      <w:r>
        <w:rPr>
          <w:rFonts w:eastAsia="Arial"/>
          <w:b/>
          <w:sz w:val="24"/>
        </w:rPr>
        <w:t>3. Declaration of needs</w:t>
      </w:r>
    </w:p>
    <w:p w14:paraId="190862E1" w14:textId="77777777" w:rsidR="00243257" w:rsidRDefault="00821469">
      <w:pPr>
        <w:spacing w:after="80" w:line="252" w:lineRule="auto"/>
      </w:pPr>
      <w:r>
        <w:rPr>
          <w:rFonts w:eastAsia="Arial"/>
          <w:sz w:val="18"/>
        </w:rPr>
        <w:t>Please tick one option:</w:t>
      </w:r>
    </w:p>
    <w:tbl>
      <w:tblPr>
        <w:tblStyle w:val="Tabela-Siatka"/>
        <w:tblW w:w="0" w:type="auto"/>
        <w:jc w:val="center"/>
        <w:tblLook w:val="04A0" w:firstRow="1" w:lastRow="0" w:firstColumn="1" w:lastColumn="0" w:noHBand="0" w:noVBand="1"/>
      </w:tblPr>
      <w:tblGrid>
        <w:gridCol w:w="9962"/>
      </w:tblGrid>
      <w:tr w:rsidR="00243257" w14:paraId="56AE6A89" w14:textId="77777777">
        <w:trPr>
          <w:jc w:val="center"/>
        </w:trPr>
        <w:tc>
          <w:tcPr>
            <w:tcW w:w="9972" w:type="dxa"/>
            <w:shd w:val="clear" w:color="auto" w:fill="E2F0D9"/>
          </w:tcPr>
          <w:p w14:paraId="71C61206" w14:textId="77777777" w:rsidR="00243257" w:rsidRDefault="00821469">
            <w:r>
              <w:rPr>
                <w:rFonts w:eastAsia="Arial"/>
                <w:sz w:val="18"/>
              </w:rPr>
              <w:t>[ ] I do not require any accessibility support, special arrangements or special dietary arrangements for participation in the Summer School.</w:t>
            </w:r>
          </w:p>
        </w:tc>
      </w:tr>
      <w:tr w:rsidR="00243257" w14:paraId="576FC038" w14:textId="77777777">
        <w:trPr>
          <w:jc w:val="center"/>
        </w:trPr>
        <w:tc>
          <w:tcPr>
            <w:tcW w:w="9972" w:type="dxa"/>
          </w:tcPr>
          <w:p w14:paraId="7C39FB6F" w14:textId="77777777" w:rsidR="00243257" w:rsidRDefault="00821469">
            <w:r>
              <w:rPr>
                <w:rFonts w:eastAsia="Arial"/>
                <w:sz w:val="18"/>
              </w:rPr>
              <w:t xml:space="preserve">[ ] I would like to inform the </w:t>
            </w:r>
            <w:r>
              <w:rPr>
                <w:rFonts w:eastAsia="Arial"/>
                <w:sz w:val="18"/>
              </w:rPr>
              <w:t>organisers about accessibility support, special arrangements or special dietary needs related to my participation in the Summer School.</w:t>
            </w:r>
          </w:p>
        </w:tc>
      </w:tr>
    </w:tbl>
    <w:p w14:paraId="752DF796" w14:textId="77777777" w:rsidR="00243257" w:rsidRDefault="00821469">
      <w:pPr>
        <w:spacing w:after="80" w:line="252" w:lineRule="auto"/>
      </w:pPr>
      <w:r>
        <w:rPr>
          <w:rFonts w:eastAsia="Arial"/>
          <w:sz w:val="17"/>
        </w:rPr>
        <w:t>If you tick the second option, please briefly describe the requested arrangements below. They may relate, for example, to mobility, visual or hearing accessibility, learning or communication needs, the online module, the on-site module, dietary restrictions or other needs relevant to safe and comfortable participation.</w:t>
      </w:r>
    </w:p>
    <w:tbl>
      <w:tblPr>
        <w:tblStyle w:val="Tabela-Siatka"/>
        <w:tblW w:w="0" w:type="auto"/>
        <w:jc w:val="center"/>
        <w:tblLook w:val="04A0" w:firstRow="1" w:lastRow="0" w:firstColumn="1" w:lastColumn="0" w:noHBand="0" w:noVBand="1"/>
      </w:tblPr>
      <w:tblGrid>
        <w:gridCol w:w="9962"/>
      </w:tblGrid>
      <w:tr w:rsidR="00243257" w14:paraId="73766C8B" w14:textId="77777777">
        <w:trPr>
          <w:jc w:val="center"/>
        </w:trPr>
        <w:tc>
          <w:tcPr>
            <w:tcW w:w="9972" w:type="dxa"/>
          </w:tcPr>
          <w:p w14:paraId="7F802E20" w14:textId="59B45DB4" w:rsidR="00243257" w:rsidRDefault="00821469">
            <w:r>
              <w:rPr>
                <w:rFonts w:eastAsia="Arial"/>
              </w:rPr>
              <w:br/>
            </w:r>
            <w:r>
              <w:rPr>
                <w:rFonts w:eastAsia="Arial"/>
              </w:rPr>
              <w:br/>
            </w:r>
            <w:r>
              <w:rPr>
                <w:rFonts w:eastAsia="Arial"/>
              </w:rPr>
              <w:br/>
            </w:r>
            <w:r>
              <w:rPr>
                <w:rFonts w:eastAsia="Arial"/>
              </w:rPr>
              <w:br/>
            </w:r>
            <w:r>
              <w:rPr>
                <w:rFonts w:eastAsia="Arial"/>
              </w:rPr>
              <w:br/>
            </w:r>
            <w:r>
              <w:rPr>
                <w:rFonts w:eastAsia="Arial"/>
              </w:rPr>
              <w:br/>
            </w:r>
          </w:p>
        </w:tc>
      </w:tr>
    </w:tbl>
    <w:p w14:paraId="212F187E" w14:textId="77777777" w:rsidR="00243257" w:rsidRDefault="00821469">
      <w:pPr>
        <w:spacing w:before="120" w:after="80"/>
      </w:pPr>
      <w:r>
        <w:rPr>
          <w:rFonts w:eastAsia="Arial"/>
          <w:b/>
          <w:sz w:val="24"/>
        </w:rPr>
        <w:t>4. Consent and confirmation</w:t>
      </w:r>
    </w:p>
    <w:p w14:paraId="26CB6753" w14:textId="77777777" w:rsidR="00243257" w:rsidRDefault="00821469">
      <w:pPr>
        <w:spacing w:after="80" w:line="252" w:lineRule="auto"/>
      </w:pPr>
      <w:r>
        <w:rPr>
          <w:rFonts w:eastAsia="Arial"/>
          <w:sz w:val="17"/>
        </w:rPr>
        <w:t>I voluntarily provide the information contained in this form for the purpose of organising accessibility arrangements, special arrangements or dietary support related to my participation in the Summer School. If I provide information about individual needs, I understand that it may include special categories of personal data. I consent to the processing of such information by authorised persons involved in organising the Summer School, only to the extent necessary for this purpose. I understand that I may u</w:t>
      </w:r>
      <w:r>
        <w:rPr>
          <w:rFonts w:eastAsia="Arial"/>
          <w:sz w:val="17"/>
        </w:rPr>
        <w:t>pdate or withdraw the information provided in this form at any time by contacting the Summer School Office.</w:t>
      </w:r>
    </w:p>
    <w:p w14:paraId="6447B4EA" w14:textId="77777777" w:rsidR="00243257" w:rsidRDefault="00821469">
      <w:pPr>
        <w:spacing w:after="120"/>
      </w:pPr>
      <w:r>
        <w:rPr>
          <w:rFonts w:eastAsia="Arial"/>
          <w:b/>
          <w:sz w:val="18"/>
        </w:rPr>
        <w:t>[ ] I confirm that I have read and understood the above information.</w:t>
      </w:r>
    </w:p>
    <w:tbl>
      <w:tblPr>
        <w:tblStyle w:val="Tabela-Siatka"/>
        <w:tblW w:w="0" w:type="auto"/>
        <w:jc w:val="center"/>
        <w:tblLook w:val="04A0" w:firstRow="1" w:lastRow="0" w:firstColumn="1" w:lastColumn="0" w:noHBand="0" w:noVBand="1"/>
      </w:tblPr>
      <w:tblGrid>
        <w:gridCol w:w="2835"/>
        <w:gridCol w:w="6520"/>
      </w:tblGrid>
      <w:tr w:rsidR="00243257" w14:paraId="6307E45B" w14:textId="77777777">
        <w:trPr>
          <w:jc w:val="center"/>
        </w:trPr>
        <w:tc>
          <w:tcPr>
            <w:tcW w:w="2835" w:type="dxa"/>
            <w:shd w:val="clear" w:color="auto" w:fill="D9EAF7"/>
          </w:tcPr>
          <w:p w14:paraId="2DF46613" w14:textId="77777777" w:rsidR="00243257" w:rsidRDefault="00821469">
            <w:r>
              <w:rPr>
                <w:rFonts w:eastAsia="Arial"/>
                <w:b/>
                <w:sz w:val="17"/>
              </w:rPr>
              <w:t>Place and date</w:t>
            </w:r>
          </w:p>
        </w:tc>
        <w:tc>
          <w:tcPr>
            <w:tcW w:w="6520" w:type="dxa"/>
          </w:tcPr>
          <w:p w14:paraId="13FCC46A" w14:textId="77777777" w:rsidR="00243257" w:rsidRDefault="00821469">
            <w:r>
              <w:rPr>
                <w:rFonts w:eastAsia="Arial"/>
              </w:rPr>
              <w:br/>
            </w:r>
            <w:r>
              <w:rPr>
                <w:rFonts w:eastAsia="Arial"/>
              </w:rPr>
              <w:br/>
            </w:r>
          </w:p>
        </w:tc>
      </w:tr>
      <w:tr w:rsidR="00243257" w14:paraId="2EC354E6" w14:textId="77777777">
        <w:trPr>
          <w:jc w:val="center"/>
        </w:trPr>
        <w:tc>
          <w:tcPr>
            <w:tcW w:w="2835" w:type="dxa"/>
            <w:shd w:val="clear" w:color="auto" w:fill="D9EAF7"/>
          </w:tcPr>
          <w:p w14:paraId="40D06CB2" w14:textId="77777777" w:rsidR="00243257" w:rsidRDefault="00821469">
            <w:r>
              <w:rPr>
                <w:rFonts w:eastAsia="Arial"/>
                <w:b/>
                <w:sz w:val="17"/>
              </w:rPr>
              <w:t>Legible signature of the Participant</w:t>
            </w:r>
          </w:p>
        </w:tc>
        <w:tc>
          <w:tcPr>
            <w:tcW w:w="6520" w:type="dxa"/>
          </w:tcPr>
          <w:p w14:paraId="16E6C940" w14:textId="77777777" w:rsidR="00243257" w:rsidRDefault="00821469">
            <w:r>
              <w:rPr>
                <w:rFonts w:eastAsia="Arial"/>
              </w:rPr>
              <w:br/>
            </w:r>
            <w:r>
              <w:rPr>
                <w:rFonts w:eastAsia="Arial"/>
              </w:rPr>
              <w:br/>
            </w:r>
          </w:p>
        </w:tc>
      </w:tr>
    </w:tbl>
    <w:p w14:paraId="169CBB52" w14:textId="77777777" w:rsidR="00821469" w:rsidRDefault="00821469"/>
    <w:sectPr w:rsidR="00000000" w:rsidSect="00034616">
      <w:headerReference w:type="default" r:id="rId8"/>
      <w:footerReference w:type="default" r:id="rId9"/>
      <w:pgSz w:w="12240" w:h="15840"/>
      <w:pgMar w:top="1020" w:right="1134" w:bottom="1020" w:left="1134" w:header="19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C993A" w14:textId="77777777" w:rsidR="00821469" w:rsidRDefault="00821469">
      <w:pPr>
        <w:spacing w:after="0" w:line="240" w:lineRule="auto"/>
      </w:pPr>
      <w:r>
        <w:separator/>
      </w:r>
    </w:p>
  </w:endnote>
  <w:endnote w:type="continuationSeparator" w:id="0">
    <w:p w14:paraId="4ADB1F80" w14:textId="77777777" w:rsidR="00821469" w:rsidRDefault="0082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DE6B2" w14:textId="77777777" w:rsidR="00243257" w:rsidRDefault="00821469">
    <w:pPr>
      <w:pStyle w:val="Stopka"/>
      <w:jc w:val="center"/>
    </w:pPr>
    <w:r>
      <w:rPr>
        <w:sz w:val="16"/>
      </w:rPr>
      <w:t>Accessibility and Special Needs Form - Energy Transition Academy: Circular Economy &amp; Life Cycle Thinking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6B83A" w14:textId="77777777" w:rsidR="00821469" w:rsidRDefault="00821469">
      <w:pPr>
        <w:spacing w:after="0" w:line="240" w:lineRule="auto"/>
      </w:pPr>
      <w:r>
        <w:separator/>
      </w:r>
    </w:p>
  </w:footnote>
  <w:footnote w:type="continuationSeparator" w:id="0">
    <w:p w14:paraId="04B564C0" w14:textId="77777777" w:rsidR="00821469" w:rsidRDefault="00821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F508" w14:textId="738C4A46" w:rsidR="00243257" w:rsidRDefault="00821469">
    <w:pPr>
      <w:pStyle w:val="Nagwek"/>
      <w:jc w:val="center"/>
    </w:pPr>
    <w:r>
      <w:rPr>
        <w:noProof/>
      </w:rPr>
      <w:drawing>
        <wp:inline distT="0" distB="0" distL="0" distR="0" wp14:anchorId="680A4F38" wp14:editId="6E8E17D8">
          <wp:extent cx="5530850" cy="58039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0850" cy="580390"/>
                  </a:xfrm>
                  <a:prstGeom prst="rect">
                    <a:avLst/>
                  </a:prstGeom>
                  <a:noFill/>
                  <a:ln>
                    <a:noFill/>
                  </a:ln>
                </pic:spPr>
              </pic:pic>
            </a:graphicData>
          </a:graphic>
        </wp:inline>
      </w:drawing>
    </w:r>
  </w:p>
  <w:p w14:paraId="26CC7725" w14:textId="77777777" w:rsidR="00821469" w:rsidRDefault="00821469">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316445849">
    <w:abstractNumId w:val="8"/>
  </w:num>
  <w:num w:numId="2" w16cid:durableId="761416553">
    <w:abstractNumId w:val="6"/>
  </w:num>
  <w:num w:numId="3" w16cid:durableId="1834759117">
    <w:abstractNumId w:val="5"/>
  </w:num>
  <w:num w:numId="4" w16cid:durableId="119693116">
    <w:abstractNumId w:val="4"/>
  </w:num>
  <w:num w:numId="5" w16cid:durableId="1898740148">
    <w:abstractNumId w:val="7"/>
  </w:num>
  <w:num w:numId="6" w16cid:durableId="258219892">
    <w:abstractNumId w:val="3"/>
  </w:num>
  <w:num w:numId="7" w16cid:durableId="292373473">
    <w:abstractNumId w:val="2"/>
  </w:num>
  <w:num w:numId="8" w16cid:durableId="1608149697">
    <w:abstractNumId w:val="1"/>
  </w:num>
  <w:num w:numId="9" w16cid:durableId="106896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3257"/>
    <w:rsid w:val="0029639D"/>
    <w:rsid w:val="00326F90"/>
    <w:rsid w:val="00821469"/>
    <w:rsid w:val="00AA1D8D"/>
    <w:rsid w:val="00B47730"/>
    <w:rsid w:val="00CB0664"/>
    <w:rsid w:val="00DF37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5CF13"/>
  <w14:defaultImageDpi w14:val="300"/>
  <w15:docId w15:val="{0ED3CBFA-7A50-4C63-901D-12D5BA7B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stomHeading1">
    <w:name w:val="Custom Heading 1"/>
    <w:pPr>
      <w:spacing w:before="220" w:after="100"/>
    </w:pPr>
    <w:rPr>
      <w:rFonts w:ascii="Arial" w:hAnsi="Arial"/>
      <w:b/>
      <w:sz w:val="26"/>
    </w:rPr>
  </w:style>
  <w:style w:type="paragraph" w:customStyle="1" w:styleId="CustomHeading2">
    <w:name w:val="Custom Heading 2"/>
    <w:pPr>
      <w:spacing w:before="180" w:after="80"/>
    </w:pPr>
    <w:rPr>
      <w:rFonts w:ascii="Arial" w:hAnsi="Arial"/>
      <w:b/>
    </w:rPr>
  </w:style>
  <w:style w:type="paragraph" w:customStyle="1" w:styleId="Checkbox">
    <w:name w:val="Checkbox"/>
    <w:pPr>
      <w:spacing w:after="30"/>
      <w:ind w:left="216" w:hanging="216"/>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Krzysztof Pikoń</cp:lastModifiedBy>
  <cp:revision>2</cp:revision>
  <dcterms:created xsi:type="dcterms:W3CDTF">2026-07-08T14:30:00Z</dcterms:created>
  <dcterms:modified xsi:type="dcterms:W3CDTF">2026-07-08T14:30:00Z</dcterms:modified>
  <cp:category/>
</cp:coreProperties>
</file>