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EA0" w:rsidRDefault="00275785">
      <w:pPr>
        <w:spacing w:after="40"/>
        <w:jc w:val="center"/>
      </w:pPr>
      <w:r>
        <w:rPr>
          <w:b/>
          <w:sz w:val="32"/>
        </w:rPr>
        <w:t>APPLICATION FORM</w:t>
      </w:r>
    </w:p>
    <w:p w:rsidR="00726EA0" w:rsidRDefault="00275785">
      <w:pPr>
        <w:spacing w:after="40"/>
        <w:jc w:val="center"/>
      </w:pPr>
      <w:r>
        <w:rPr>
          <w:b/>
          <w:sz w:val="26"/>
        </w:rPr>
        <w:t>Summer School: Energy Transition Academy</w:t>
      </w:r>
    </w:p>
    <w:p w:rsidR="00726EA0" w:rsidRDefault="00275785">
      <w:pPr>
        <w:jc w:val="center"/>
      </w:pPr>
      <w:r>
        <w:rPr>
          <w:b/>
          <w:sz w:val="24"/>
        </w:rPr>
        <w:t>Circular Economy &amp; Life Cycle Thinking</w:t>
      </w:r>
    </w:p>
    <w:tbl>
      <w:tblPr>
        <w:tblStyle w:val="Tabela-Siatka"/>
        <w:tblW w:w="5000" w:type="pct"/>
        <w:jc w:val="center"/>
        <w:tblLook w:val="04A0" w:firstRow="1" w:lastRow="0" w:firstColumn="1" w:lastColumn="0" w:noHBand="0" w:noVBand="1"/>
      </w:tblPr>
      <w:tblGrid>
        <w:gridCol w:w="5150"/>
        <w:gridCol w:w="5152"/>
      </w:tblGrid>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Programme</w:t>
            </w:r>
          </w:p>
        </w:tc>
        <w:tc>
          <w:tcPr>
            <w:tcW w:w="5156" w:type="dxa"/>
            <w:tcMar>
              <w:top w:w="80" w:type="dxa"/>
              <w:left w:w="80" w:type="dxa"/>
              <w:bottom w:w="80" w:type="dxa"/>
              <w:right w:w="80" w:type="dxa"/>
            </w:tcMar>
            <w:vAlign w:val="center"/>
          </w:tcPr>
          <w:p w:rsidR="00726EA0" w:rsidRDefault="00275785">
            <w:r>
              <w:rPr>
                <w:sz w:val="18"/>
              </w:rPr>
              <w:t>SPINAKER - International Intensive Programmes, call 2025</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Agreement no.</w:t>
            </w:r>
          </w:p>
        </w:tc>
        <w:tc>
          <w:tcPr>
            <w:tcW w:w="5156" w:type="dxa"/>
            <w:tcMar>
              <w:top w:w="80" w:type="dxa"/>
              <w:left w:w="80" w:type="dxa"/>
              <w:bottom w:w="80" w:type="dxa"/>
              <w:right w:w="80" w:type="dxa"/>
            </w:tcMar>
            <w:vAlign w:val="center"/>
          </w:tcPr>
          <w:p w:rsidR="00726EA0" w:rsidRDefault="00275785">
            <w:r>
              <w:rPr>
                <w:sz w:val="18"/>
              </w:rPr>
              <w:t>BPI/SPI/2025/1/00004/U/00001</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Decision no.</w:t>
            </w:r>
          </w:p>
        </w:tc>
        <w:tc>
          <w:tcPr>
            <w:tcW w:w="5156" w:type="dxa"/>
            <w:tcMar>
              <w:top w:w="80" w:type="dxa"/>
              <w:left w:w="80" w:type="dxa"/>
              <w:bottom w:w="80" w:type="dxa"/>
              <w:right w:w="80" w:type="dxa"/>
            </w:tcMar>
            <w:vAlign w:val="center"/>
          </w:tcPr>
          <w:p w:rsidR="00726EA0" w:rsidRDefault="00275785">
            <w:r>
              <w:rPr>
                <w:sz w:val="18"/>
              </w:rPr>
              <w:t>BPI/SPI/2025/1/00004/DEC/01</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Beneficiary</w:t>
            </w:r>
          </w:p>
        </w:tc>
        <w:tc>
          <w:tcPr>
            <w:tcW w:w="5156" w:type="dxa"/>
            <w:tcMar>
              <w:top w:w="80" w:type="dxa"/>
              <w:left w:w="80" w:type="dxa"/>
              <w:bottom w:w="80" w:type="dxa"/>
              <w:right w:w="80" w:type="dxa"/>
            </w:tcMar>
            <w:vAlign w:val="center"/>
          </w:tcPr>
          <w:p w:rsidR="00726EA0" w:rsidRDefault="00275785">
            <w:r>
              <w:rPr>
                <w:sz w:val="18"/>
              </w:rPr>
              <w:t>Silesian University of Technology</w:t>
            </w:r>
          </w:p>
        </w:tc>
        <w:bookmarkStart w:id="0" w:name="_GoBack"/>
        <w:bookmarkEnd w:id="0"/>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Application deadline</w:t>
            </w:r>
          </w:p>
        </w:tc>
        <w:tc>
          <w:tcPr>
            <w:tcW w:w="5156" w:type="dxa"/>
            <w:tcMar>
              <w:top w:w="80" w:type="dxa"/>
              <w:left w:w="80" w:type="dxa"/>
              <w:bottom w:w="80" w:type="dxa"/>
              <w:right w:w="80" w:type="dxa"/>
            </w:tcMar>
            <w:vAlign w:val="center"/>
          </w:tcPr>
          <w:p w:rsidR="00726EA0" w:rsidRDefault="00275785">
            <w:r>
              <w:rPr>
                <w:sz w:val="18"/>
              </w:rPr>
              <w:t>28 February 2027</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Submission method</w:t>
            </w:r>
          </w:p>
        </w:tc>
        <w:tc>
          <w:tcPr>
            <w:tcW w:w="5156" w:type="dxa"/>
            <w:tcMar>
              <w:top w:w="80" w:type="dxa"/>
              <w:left w:w="80" w:type="dxa"/>
              <w:bottom w:w="80" w:type="dxa"/>
              <w:right w:w="80" w:type="dxa"/>
            </w:tcMar>
            <w:vAlign w:val="center"/>
          </w:tcPr>
          <w:p w:rsidR="00726EA0" w:rsidRDefault="00275785">
            <w:r>
              <w:rPr>
                <w:sz w:val="18"/>
              </w:rPr>
              <w:t>Send the complete application package by e-mail to the Project Office: [insert e-mail address]</w:t>
            </w:r>
          </w:p>
        </w:tc>
      </w:tr>
    </w:tbl>
    <w:p w:rsidR="00726EA0" w:rsidRDefault="00275785">
      <w:pPr>
        <w:spacing w:after="80" w:line="240" w:lineRule="auto"/>
      </w:pPr>
      <w:r>
        <w:rPr>
          <w:i/>
          <w:sz w:val="18"/>
        </w:rPr>
        <w:t>Please complete this form in English, sign it and submit it as a PDF file together with all required application documents. Incomplete applications or applications submitted after the deadline may not be considered.</w:t>
      </w:r>
    </w:p>
    <w:p w:rsidR="00726EA0" w:rsidRDefault="00275785">
      <w:pPr>
        <w:keepNext/>
        <w:spacing w:before="180" w:after="80"/>
      </w:pPr>
      <w:r>
        <w:rPr>
          <w:b/>
          <w:sz w:val="22"/>
        </w:rPr>
        <w:t>A. For office use only</w:t>
      </w:r>
    </w:p>
    <w:tbl>
      <w:tblPr>
        <w:tblStyle w:val="Tabela-Siatka"/>
        <w:tblW w:w="5000" w:type="pct"/>
        <w:jc w:val="center"/>
        <w:tblLook w:val="04A0" w:firstRow="1" w:lastRow="0" w:firstColumn="1" w:lastColumn="0" w:noHBand="0" w:noVBand="1"/>
      </w:tblPr>
      <w:tblGrid>
        <w:gridCol w:w="5151"/>
        <w:gridCol w:w="5151"/>
      </w:tblGrid>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Application no.</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Date of receipt</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Formal eligibility check</w:t>
            </w:r>
          </w:p>
        </w:tc>
        <w:tc>
          <w:tcPr>
            <w:tcW w:w="5156" w:type="dxa"/>
            <w:tcMar>
              <w:top w:w="90" w:type="dxa"/>
              <w:left w:w="90" w:type="dxa"/>
              <w:bottom w:w="90" w:type="dxa"/>
              <w:right w:w="90" w:type="dxa"/>
            </w:tcMar>
            <w:vAlign w:val="center"/>
          </w:tcPr>
          <w:p w:rsidR="00726EA0" w:rsidRDefault="00275785">
            <w:r>
              <w:rPr>
                <w:sz w:val="18"/>
              </w:rPr>
              <w:t>[ ] positive     [ ] negative</w:t>
            </w:r>
          </w:p>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Notes</w:t>
            </w:r>
          </w:p>
        </w:tc>
        <w:tc>
          <w:tcPr>
            <w:tcW w:w="5156" w:type="dxa"/>
            <w:tcMar>
              <w:top w:w="90" w:type="dxa"/>
              <w:left w:w="90" w:type="dxa"/>
              <w:bottom w:w="90" w:type="dxa"/>
              <w:right w:w="90" w:type="dxa"/>
            </w:tcMar>
            <w:vAlign w:val="center"/>
          </w:tcPr>
          <w:p w:rsidR="00726EA0" w:rsidRDefault="00726EA0"/>
        </w:tc>
      </w:tr>
    </w:tbl>
    <w:p w:rsidR="00726EA0" w:rsidRDefault="00275785">
      <w:pPr>
        <w:keepNext/>
        <w:spacing w:before="180" w:after="80"/>
      </w:pPr>
      <w:r>
        <w:rPr>
          <w:b/>
          <w:sz w:val="22"/>
        </w:rPr>
        <w:t>1. Applicant personal data</w:t>
      </w:r>
    </w:p>
    <w:tbl>
      <w:tblPr>
        <w:tblStyle w:val="Tabela-Siatka"/>
        <w:tblW w:w="5000" w:type="pct"/>
        <w:jc w:val="center"/>
        <w:tblLook w:val="04A0" w:firstRow="1" w:lastRow="0" w:firstColumn="1" w:lastColumn="0" w:noHBand="0" w:noVBand="1"/>
      </w:tblPr>
      <w:tblGrid>
        <w:gridCol w:w="5152"/>
        <w:gridCol w:w="5150"/>
      </w:tblGrid>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Family name / surname</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Given name(s)</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Date of birth (dd/mm/yyyy)</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Nationality</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Country of residence</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E-mail address</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Phone number, including country code</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Correspondence address (optional)</w:t>
            </w:r>
          </w:p>
        </w:tc>
        <w:tc>
          <w:tcPr>
            <w:tcW w:w="5156" w:type="dxa"/>
            <w:tcMar>
              <w:top w:w="90" w:type="dxa"/>
              <w:left w:w="90" w:type="dxa"/>
              <w:bottom w:w="90" w:type="dxa"/>
              <w:right w:w="90" w:type="dxa"/>
            </w:tcMar>
            <w:vAlign w:val="center"/>
          </w:tcPr>
          <w:p w:rsidR="00726EA0" w:rsidRDefault="00726EA0"/>
        </w:tc>
      </w:tr>
    </w:tbl>
    <w:p w:rsidR="00726EA0" w:rsidRDefault="00275785">
      <w:pPr>
        <w:keepNext/>
        <w:spacing w:before="180" w:after="80"/>
      </w:pPr>
      <w:r>
        <w:rPr>
          <w:b/>
          <w:sz w:val="22"/>
        </w:rPr>
        <w:t>2. Home higher education institution</w:t>
      </w:r>
    </w:p>
    <w:tbl>
      <w:tblPr>
        <w:tblStyle w:val="Tabela-Siatka"/>
        <w:tblW w:w="5000" w:type="pct"/>
        <w:jc w:val="center"/>
        <w:tblLook w:val="04A0" w:firstRow="1" w:lastRow="0" w:firstColumn="1" w:lastColumn="0" w:noHBand="0" w:noVBand="1"/>
      </w:tblPr>
      <w:tblGrid>
        <w:gridCol w:w="5151"/>
        <w:gridCol w:w="5151"/>
      </w:tblGrid>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Name of institution</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Country and city</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Faculty / department / school</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Study programme / major</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Cycle of studies</w:t>
            </w:r>
          </w:p>
        </w:tc>
        <w:tc>
          <w:tcPr>
            <w:tcW w:w="5156" w:type="dxa"/>
            <w:tcMar>
              <w:top w:w="90" w:type="dxa"/>
              <w:left w:w="90" w:type="dxa"/>
              <w:bottom w:w="90" w:type="dxa"/>
              <w:right w:w="90" w:type="dxa"/>
            </w:tcMar>
            <w:vAlign w:val="center"/>
          </w:tcPr>
          <w:p w:rsidR="00726EA0" w:rsidRDefault="00275785">
            <w:r>
              <w:rPr>
                <w:sz w:val="18"/>
              </w:rPr>
              <w:t>[ ] first-cycle / Bachelor     [ ] second-cycle / Master     [ ] long-cycle     [ ] other</w:t>
            </w:r>
          </w:p>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lastRenderedPageBreak/>
              <w:t>Year / semester of study</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Expected graduation date</w:t>
            </w:r>
          </w:p>
        </w:tc>
        <w:tc>
          <w:tcPr>
            <w:tcW w:w="5156" w:type="dxa"/>
            <w:tcMar>
              <w:top w:w="90" w:type="dxa"/>
              <w:left w:w="90" w:type="dxa"/>
              <w:bottom w:w="90" w:type="dxa"/>
              <w:right w:w="90" w:type="dxa"/>
            </w:tcMar>
            <w:vAlign w:val="center"/>
          </w:tcPr>
          <w:p w:rsidR="00726EA0" w:rsidRDefault="00726EA0"/>
        </w:tc>
      </w:tr>
      <w:tr w:rsidR="00726EA0">
        <w:trPr>
          <w:jc w:val="center"/>
        </w:trPr>
        <w:tc>
          <w:tcPr>
            <w:tcW w:w="5156" w:type="dxa"/>
            <w:shd w:val="clear" w:color="auto" w:fill="F2F2F2"/>
            <w:tcMar>
              <w:top w:w="90" w:type="dxa"/>
              <w:left w:w="90" w:type="dxa"/>
              <w:bottom w:w="90" w:type="dxa"/>
              <w:right w:w="90" w:type="dxa"/>
            </w:tcMar>
            <w:vAlign w:val="center"/>
          </w:tcPr>
          <w:p w:rsidR="00726EA0" w:rsidRDefault="00275785">
            <w:r>
              <w:rPr>
                <w:b/>
                <w:sz w:val="18"/>
              </w:rPr>
              <w:t>Institutional contact person (optional)</w:t>
            </w:r>
          </w:p>
        </w:tc>
        <w:tc>
          <w:tcPr>
            <w:tcW w:w="5156" w:type="dxa"/>
            <w:tcMar>
              <w:top w:w="90" w:type="dxa"/>
              <w:left w:w="90" w:type="dxa"/>
              <w:bottom w:w="90" w:type="dxa"/>
              <w:right w:w="90" w:type="dxa"/>
            </w:tcMar>
            <w:vAlign w:val="center"/>
          </w:tcPr>
          <w:p w:rsidR="00726EA0" w:rsidRDefault="00726EA0"/>
        </w:tc>
      </w:tr>
    </w:tbl>
    <w:p w:rsidR="00726EA0" w:rsidRDefault="00275785">
      <w:pPr>
        <w:keepNext/>
        <w:spacing w:before="180" w:after="80"/>
      </w:pPr>
      <w:r>
        <w:rPr>
          <w:b/>
          <w:sz w:val="22"/>
        </w:rPr>
        <w:t>3. Eligibility confirmation</w:t>
      </w:r>
    </w:p>
    <w:p w:rsidR="00726EA0" w:rsidRDefault="00275785">
      <w:pPr>
        <w:spacing w:after="80" w:line="240" w:lineRule="auto"/>
      </w:pPr>
      <w:r>
        <w:rPr>
          <w:i/>
          <w:sz w:val="18"/>
        </w:rPr>
        <w:t>Please tick the statements that apply. These statements will be verified on the basis of the submitted documents.</w:t>
      </w:r>
    </w:p>
    <w:p w:rsidR="00726EA0" w:rsidRDefault="00275785">
      <w:pPr>
        <w:spacing w:after="40"/>
        <w:ind w:left="113"/>
      </w:pPr>
      <w:r>
        <w:rPr>
          <w:sz w:val="18"/>
        </w:rPr>
        <w:t>[ ] I am an active student of a foreign higher education institution.</w:t>
      </w:r>
    </w:p>
    <w:p w:rsidR="00726EA0" w:rsidRDefault="00275785">
      <w:pPr>
        <w:spacing w:after="40"/>
        <w:ind w:left="113"/>
      </w:pPr>
      <w:r>
        <w:rPr>
          <w:sz w:val="18"/>
        </w:rPr>
        <w:t>[ ] My study profile is related to the topic of the Summer School, including energy transition, environmental engineering, circular economy, materials, sustainability, resources, climate policy or related fields.</w:t>
      </w:r>
    </w:p>
    <w:p w:rsidR="00726EA0" w:rsidRDefault="00275785">
      <w:pPr>
        <w:spacing w:after="40"/>
        <w:ind w:left="113"/>
      </w:pPr>
      <w:r>
        <w:rPr>
          <w:sz w:val="18"/>
        </w:rPr>
        <w:t>[ ] I have sufficient command of English to participate actively in academic classes and workshops conducted in English, at minimum B2 level.</w:t>
      </w:r>
    </w:p>
    <w:p w:rsidR="00726EA0" w:rsidRDefault="00275785">
      <w:pPr>
        <w:spacing w:after="40"/>
        <w:ind w:left="113"/>
      </w:pPr>
      <w:r>
        <w:rPr>
          <w:sz w:val="18"/>
        </w:rPr>
        <w:t>[ ] I understand that, if accepted, I will be required to submit additional administrative documents by 31 March 2027.</w:t>
      </w:r>
    </w:p>
    <w:p w:rsidR="00726EA0" w:rsidRDefault="00275785">
      <w:pPr>
        <w:keepNext/>
        <w:spacing w:before="180" w:after="80"/>
      </w:pPr>
      <w:r>
        <w:rPr>
          <w:b/>
          <w:sz w:val="22"/>
        </w:rPr>
        <w:t>4. English language proficiency</w:t>
      </w:r>
    </w:p>
    <w:p w:rsidR="00726EA0" w:rsidRDefault="00275785">
      <w:pPr>
        <w:spacing w:after="80" w:line="240" w:lineRule="auto"/>
      </w:pPr>
      <w:r>
        <w:rPr>
          <w:i/>
          <w:sz w:val="18"/>
        </w:rPr>
        <w:t>Please indicate the basis for confirming your English language proficiency at minimum B2 level.</w:t>
      </w:r>
    </w:p>
    <w:p w:rsidR="00726EA0" w:rsidRDefault="00275785">
      <w:pPr>
        <w:spacing w:after="40"/>
        <w:ind w:left="113"/>
      </w:pPr>
      <w:r>
        <w:rPr>
          <w:sz w:val="18"/>
        </w:rPr>
        <w:t>[ ] Language certificate - please specify: ........................................................</w:t>
      </w:r>
    </w:p>
    <w:p w:rsidR="00726EA0" w:rsidRDefault="00275785">
      <w:pPr>
        <w:spacing w:after="40"/>
        <w:ind w:left="113"/>
      </w:pPr>
      <w:r>
        <w:rPr>
          <w:sz w:val="18"/>
        </w:rPr>
        <w:t>[ ] Confirmation issued by my home institution</w:t>
      </w:r>
    </w:p>
    <w:p w:rsidR="00726EA0" w:rsidRDefault="00275785">
      <w:pPr>
        <w:spacing w:after="40"/>
        <w:ind w:left="113"/>
      </w:pPr>
      <w:r>
        <w:rPr>
          <w:sz w:val="18"/>
        </w:rPr>
        <w:t>[ ] I study in an English-taught programme</w:t>
      </w:r>
    </w:p>
    <w:p w:rsidR="00726EA0" w:rsidRDefault="00275785">
      <w:pPr>
        <w:spacing w:after="40"/>
        <w:ind w:left="113"/>
      </w:pPr>
      <w:r>
        <w:rPr>
          <w:sz w:val="18"/>
        </w:rPr>
        <w:t>[ ] Other proof - please specify: ........................................................</w:t>
      </w:r>
    </w:p>
    <w:p w:rsidR="00726EA0" w:rsidRDefault="00275785">
      <w:pPr>
        <w:keepNext/>
        <w:spacing w:before="180" w:after="80"/>
      </w:pPr>
      <w:r>
        <w:rPr>
          <w:b/>
          <w:sz w:val="22"/>
        </w:rPr>
        <w:t>5. Academic and thematic background</w:t>
      </w:r>
    </w:p>
    <w:p w:rsidR="00726EA0" w:rsidRDefault="00275785">
      <w:pPr>
        <w:spacing w:after="80" w:line="240" w:lineRule="auto"/>
      </w:pPr>
      <w:r>
        <w:rPr>
          <w:i/>
          <w:sz w:val="18"/>
        </w:rPr>
        <w:t>Please indicate the areas most closely related to your studies, interests or experience.</w:t>
      </w:r>
    </w:p>
    <w:p w:rsidR="00726EA0" w:rsidRDefault="00275785">
      <w:pPr>
        <w:spacing w:after="40"/>
        <w:ind w:left="113"/>
      </w:pPr>
      <w:r>
        <w:rPr>
          <w:sz w:val="18"/>
        </w:rPr>
        <w:t>[ ] Energy engineering / energy systems / renewable energy</w:t>
      </w:r>
    </w:p>
    <w:p w:rsidR="00726EA0" w:rsidRDefault="00275785">
      <w:pPr>
        <w:spacing w:after="40"/>
        <w:ind w:left="113"/>
      </w:pPr>
      <w:r>
        <w:rPr>
          <w:sz w:val="18"/>
        </w:rPr>
        <w:t>[ ] Environmental engineering / environmental protection</w:t>
      </w:r>
    </w:p>
    <w:p w:rsidR="00726EA0" w:rsidRDefault="00275785">
      <w:pPr>
        <w:spacing w:after="40"/>
        <w:ind w:left="113"/>
      </w:pPr>
      <w:r>
        <w:rPr>
          <w:sz w:val="18"/>
        </w:rPr>
        <w:t>[ ] Circular economy / waste management / recycling</w:t>
      </w:r>
    </w:p>
    <w:p w:rsidR="00726EA0" w:rsidRDefault="00275785">
      <w:pPr>
        <w:spacing w:after="40"/>
        <w:ind w:left="113"/>
      </w:pPr>
      <w:r>
        <w:rPr>
          <w:sz w:val="18"/>
        </w:rPr>
        <w:t>[ ] Life Cycle Assessment / carbon footprint / environmental assessment</w:t>
      </w:r>
    </w:p>
    <w:p w:rsidR="00726EA0" w:rsidRDefault="00275785">
      <w:pPr>
        <w:spacing w:after="40"/>
        <w:ind w:left="113"/>
      </w:pPr>
      <w:r>
        <w:rPr>
          <w:sz w:val="18"/>
        </w:rPr>
        <w:t>[ ] Materials science / critical raw materials / resource management</w:t>
      </w:r>
    </w:p>
    <w:p w:rsidR="00726EA0" w:rsidRDefault="00275785">
      <w:pPr>
        <w:spacing w:after="40"/>
        <w:ind w:left="113"/>
      </w:pPr>
      <w:r>
        <w:rPr>
          <w:sz w:val="18"/>
        </w:rPr>
        <w:t>[ ] Sustainability science / climate policy / sustainable development</w:t>
      </w:r>
    </w:p>
    <w:p w:rsidR="00726EA0" w:rsidRDefault="00275785">
      <w:pPr>
        <w:spacing w:after="40"/>
        <w:ind w:left="113"/>
      </w:pPr>
      <w:r>
        <w:rPr>
          <w:sz w:val="18"/>
        </w:rPr>
        <w:t>[ ] Business, management or economics related to energy or sustainability</w:t>
      </w:r>
    </w:p>
    <w:p w:rsidR="00726EA0" w:rsidRDefault="00275785">
      <w:pPr>
        <w:spacing w:after="40"/>
        <w:ind w:left="113"/>
      </w:pPr>
      <w:r>
        <w:rPr>
          <w:sz w:val="18"/>
        </w:rPr>
        <w:t>[ ] Other relevant area: ........................................................................</w:t>
      </w:r>
    </w:p>
    <w:p w:rsidR="00726EA0" w:rsidRDefault="00275785">
      <w:pPr>
        <w:keepNext/>
        <w:spacing w:before="180" w:after="80"/>
        <w:rPr>
          <w:b/>
          <w:sz w:val="22"/>
        </w:rPr>
      </w:pPr>
      <w:r>
        <w:rPr>
          <w:b/>
          <w:sz w:val="22"/>
        </w:rPr>
        <w:t>6. Motivation and relevance of participation</w:t>
      </w:r>
    </w:p>
    <w:p w:rsidR="007F4B67" w:rsidRDefault="007F4B67">
      <w:pPr>
        <w:keepNext/>
        <w:spacing w:before="180" w:after="80"/>
      </w:pPr>
      <w:r>
        <w:rPr>
          <w:i/>
          <w:sz w:val="17"/>
        </w:rPr>
        <w:t xml:space="preserve">Please describe your motivation for participating in the Summer School, including how the </w:t>
      </w:r>
      <w:proofErr w:type="spellStart"/>
      <w:r>
        <w:rPr>
          <w:i/>
          <w:sz w:val="17"/>
        </w:rPr>
        <w:t>programme</w:t>
      </w:r>
      <w:proofErr w:type="spellEnd"/>
      <w:r>
        <w:rPr>
          <w:i/>
          <w:sz w:val="17"/>
        </w:rPr>
        <w:t xml:space="preserve"> is related to your studies, research interests or professional plans. Maximum 250 words. A separate motivation letter is not required</w:t>
      </w:r>
    </w:p>
    <w:p w:rsidR="007F4B67" w:rsidRDefault="007F4B67" w:rsidP="007F4B67">
      <w:pPr>
        <w:keepNext/>
        <w:spacing w:after="40" w:line="240" w:lineRule="auto"/>
      </w:pPr>
      <w:r>
        <w:rPr>
          <w:b/>
          <w:sz w:val="19"/>
        </w:rPr>
        <w:t>6.1. Why would you like to participate in this Summer School?</w:t>
      </w:r>
    </w:p>
    <w:p w:rsidR="007F4B67" w:rsidRDefault="007F4B67" w:rsidP="007F4B67">
      <w:pPr>
        <w:keepNext/>
        <w:spacing w:after="40" w:line="240" w:lineRule="auto"/>
      </w:pPr>
      <w:r>
        <w:rPr>
          <w:i/>
          <w:sz w:val="17"/>
        </w:rPr>
        <w:t>Maximum 200 words.</w:t>
      </w:r>
    </w:p>
    <w:tbl>
      <w:tblPr>
        <w:tblStyle w:val="Tabela-Siatka"/>
        <w:tblW w:w="5000" w:type="pct"/>
        <w:tblLook w:val="04A0" w:firstRow="1" w:lastRow="0" w:firstColumn="1" w:lastColumn="0" w:noHBand="0" w:noVBand="1"/>
      </w:tblPr>
      <w:tblGrid>
        <w:gridCol w:w="10302"/>
      </w:tblGrid>
      <w:tr w:rsidR="007F4B67" w:rsidTr="007F4B67">
        <w:trPr>
          <w:trHeight w:val="425"/>
        </w:trPr>
        <w:tc>
          <w:tcPr>
            <w:tcW w:w="10452" w:type="dxa"/>
            <w:tcMar>
              <w:top w:w="70" w:type="dxa"/>
              <w:left w:w="70" w:type="dxa"/>
              <w:bottom w:w="70" w:type="dxa"/>
              <w:right w:w="70" w:type="dxa"/>
            </w:tcMar>
          </w:tcPr>
          <w:p w:rsidR="007F4B67" w:rsidRDefault="007F4B67" w:rsidP="00607EC8"/>
        </w:tc>
      </w:tr>
    </w:tbl>
    <w:p w:rsidR="007F4B67" w:rsidRDefault="007F4B67" w:rsidP="007F4B67">
      <w:pPr>
        <w:keepNext/>
        <w:spacing w:after="40" w:line="240" w:lineRule="auto"/>
      </w:pPr>
      <w:r>
        <w:rPr>
          <w:b/>
          <w:sz w:val="19"/>
        </w:rPr>
        <w:t>6.2. How is the Summer School related to your studies, research interests or professional plans?</w:t>
      </w:r>
    </w:p>
    <w:p w:rsidR="007F4B67" w:rsidRDefault="007F4B67" w:rsidP="007F4B67">
      <w:pPr>
        <w:keepNext/>
        <w:spacing w:after="40" w:line="240" w:lineRule="auto"/>
      </w:pPr>
      <w:r>
        <w:rPr>
          <w:i/>
          <w:sz w:val="17"/>
        </w:rPr>
        <w:t>Maximum 200 words.</w:t>
      </w:r>
    </w:p>
    <w:tbl>
      <w:tblPr>
        <w:tblStyle w:val="Tabela-Siatka"/>
        <w:tblW w:w="5000" w:type="pct"/>
        <w:tblLook w:val="04A0" w:firstRow="1" w:lastRow="0" w:firstColumn="1" w:lastColumn="0" w:noHBand="0" w:noVBand="1"/>
      </w:tblPr>
      <w:tblGrid>
        <w:gridCol w:w="10302"/>
      </w:tblGrid>
      <w:tr w:rsidR="007F4B67" w:rsidTr="007F4B67">
        <w:trPr>
          <w:trHeight w:val="425"/>
        </w:trPr>
        <w:tc>
          <w:tcPr>
            <w:tcW w:w="10452" w:type="dxa"/>
            <w:tcMar>
              <w:top w:w="70" w:type="dxa"/>
              <w:left w:w="70" w:type="dxa"/>
              <w:bottom w:w="70" w:type="dxa"/>
              <w:right w:w="70" w:type="dxa"/>
            </w:tcMar>
          </w:tcPr>
          <w:p w:rsidR="007F4B67" w:rsidRDefault="007F4B67" w:rsidP="00607EC8"/>
        </w:tc>
      </w:tr>
    </w:tbl>
    <w:p w:rsidR="007F4B67" w:rsidRDefault="007F4B67" w:rsidP="007F4B67">
      <w:pPr>
        <w:keepNext/>
        <w:spacing w:after="40" w:line="240" w:lineRule="auto"/>
      </w:pPr>
      <w:r>
        <w:rPr>
          <w:b/>
          <w:sz w:val="19"/>
        </w:rPr>
        <w:t>6.3. Briefly describe any previous experience related to energy transition, circular economy, LCA, sustainability or critical raw materials.</w:t>
      </w:r>
    </w:p>
    <w:p w:rsidR="007F4B67" w:rsidRDefault="007F4B67" w:rsidP="007F4B67">
      <w:pPr>
        <w:keepNext/>
        <w:spacing w:after="40" w:line="240" w:lineRule="auto"/>
      </w:pPr>
      <w:r>
        <w:rPr>
          <w:i/>
          <w:sz w:val="17"/>
        </w:rPr>
        <w:t>Projects, courses, internships, publications, student activities, volunteering or other relevant experience. Maximum 200 words.</w:t>
      </w:r>
    </w:p>
    <w:tbl>
      <w:tblPr>
        <w:tblStyle w:val="Tabela-Siatka"/>
        <w:tblW w:w="5000" w:type="pct"/>
        <w:tblLook w:val="04A0" w:firstRow="1" w:lastRow="0" w:firstColumn="1" w:lastColumn="0" w:noHBand="0" w:noVBand="1"/>
      </w:tblPr>
      <w:tblGrid>
        <w:gridCol w:w="10302"/>
      </w:tblGrid>
      <w:tr w:rsidR="007F4B67" w:rsidTr="007F4B67">
        <w:trPr>
          <w:trHeight w:val="425"/>
        </w:trPr>
        <w:tc>
          <w:tcPr>
            <w:tcW w:w="10452" w:type="dxa"/>
            <w:tcMar>
              <w:top w:w="70" w:type="dxa"/>
              <w:left w:w="70" w:type="dxa"/>
              <w:bottom w:w="70" w:type="dxa"/>
              <w:right w:w="70" w:type="dxa"/>
            </w:tcMar>
          </w:tcPr>
          <w:p w:rsidR="007F4B67" w:rsidRDefault="007F4B67" w:rsidP="00607EC8"/>
        </w:tc>
      </w:tr>
    </w:tbl>
    <w:p w:rsidR="00726EA0" w:rsidRDefault="00275785">
      <w:pPr>
        <w:keepNext/>
        <w:spacing w:before="180" w:after="80"/>
      </w:pPr>
      <w:r>
        <w:rPr>
          <w:b/>
          <w:sz w:val="22"/>
        </w:rPr>
        <w:lastRenderedPageBreak/>
        <w:t>7. Documents submitted at the application stage</w:t>
      </w:r>
    </w:p>
    <w:p w:rsidR="00726EA0" w:rsidRDefault="00275785">
      <w:pPr>
        <w:spacing w:after="80" w:line="240" w:lineRule="auto"/>
      </w:pPr>
      <w:r>
        <w:rPr>
          <w:i/>
          <w:sz w:val="18"/>
        </w:rPr>
        <w:t>Please attach the documents listed below to your e-mail. Documents should be sent as PDF files.</w:t>
      </w:r>
    </w:p>
    <w:p w:rsidR="00726EA0" w:rsidRDefault="00275785">
      <w:pPr>
        <w:spacing w:after="40" w:line="240" w:lineRule="auto"/>
      </w:pPr>
      <w:r>
        <w:rPr>
          <w:b/>
          <w:sz w:val="19"/>
        </w:rPr>
        <w:t>Required documents:</w:t>
      </w:r>
    </w:p>
    <w:p w:rsidR="00726EA0" w:rsidRDefault="00275785">
      <w:pPr>
        <w:spacing w:after="40"/>
        <w:ind w:left="113"/>
      </w:pPr>
      <w:r>
        <w:rPr>
          <w:sz w:val="18"/>
        </w:rPr>
        <w:t>[ ] Completed and signed Application Form, including the motivation statement</w:t>
      </w:r>
    </w:p>
    <w:p w:rsidR="00726EA0" w:rsidRDefault="00275785">
      <w:pPr>
        <w:spacing w:after="40"/>
        <w:ind w:left="113"/>
      </w:pPr>
      <w:r>
        <w:rPr>
          <w:sz w:val="18"/>
        </w:rPr>
        <w:t>[ ] Certificate confirming active student status at a foreign higher education institution</w:t>
      </w:r>
    </w:p>
    <w:p w:rsidR="00726EA0" w:rsidRDefault="00275785">
      <w:pPr>
        <w:spacing w:after="40"/>
        <w:ind w:left="113"/>
      </w:pPr>
      <w:r>
        <w:rPr>
          <w:sz w:val="18"/>
        </w:rPr>
        <w:t>[ ] Proof of English language proficiency at minimum B2 level</w:t>
      </w:r>
    </w:p>
    <w:p w:rsidR="00726EA0" w:rsidRDefault="00275785">
      <w:pPr>
        <w:spacing w:after="40" w:line="240" w:lineRule="auto"/>
      </w:pPr>
      <w:r>
        <w:rPr>
          <w:b/>
          <w:sz w:val="19"/>
        </w:rPr>
        <w:t>Optional documents:</w:t>
      </w:r>
    </w:p>
    <w:p w:rsidR="00726EA0" w:rsidRDefault="00275785">
      <w:pPr>
        <w:spacing w:after="40"/>
        <w:ind w:left="113"/>
      </w:pPr>
      <w:r>
        <w:rPr>
          <w:sz w:val="18"/>
        </w:rPr>
        <w:t>[ ] Transcript of records</w:t>
      </w:r>
    </w:p>
    <w:p w:rsidR="00726EA0" w:rsidRDefault="00275785">
      <w:pPr>
        <w:spacing w:after="40"/>
        <w:ind w:left="113"/>
      </w:pPr>
      <w:r>
        <w:rPr>
          <w:sz w:val="18"/>
        </w:rPr>
        <w:t>[ ] Recommendation letter</w:t>
      </w:r>
    </w:p>
    <w:p w:rsidR="00726EA0" w:rsidRDefault="00275785">
      <w:pPr>
        <w:spacing w:after="40"/>
        <w:ind w:left="113"/>
      </w:pPr>
      <w:r>
        <w:rPr>
          <w:sz w:val="18"/>
        </w:rPr>
        <w:t>[ ] Certificates confirming academic achievements, participation in projects, research activities, summer schools or other activities relevant to the topic of the Summer School</w:t>
      </w:r>
    </w:p>
    <w:p w:rsidR="00726EA0" w:rsidRDefault="00275785">
      <w:pPr>
        <w:spacing w:after="40"/>
        <w:ind w:left="113"/>
      </w:pPr>
      <w:r>
        <w:rPr>
          <w:sz w:val="18"/>
        </w:rPr>
        <w:t>[ ] Additional motivation letter, if the applicant wishes to provide one</w:t>
      </w:r>
    </w:p>
    <w:p w:rsidR="00726EA0" w:rsidRDefault="00275785">
      <w:pPr>
        <w:spacing w:after="40"/>
        <w:ind w:left="113"/>
      </w:pPr>
      <w:r>
        <w:rPr>
          <w:sz w:val="18"/>
        </w:rPr>
        <w:t>[ ] Other: ................................................................................</w:t>
      </w:r>
    </w:p>
    <w:p w:rsidR="00726EA0" w:rsidRDefault="00275785">
      <w:pPr>
        <w:keepNext/>
        <w:spacing w:before="180" w:after="80"/>
      </w:pPr>
      <w:r>
        <w:rPr>
          <w:b/>
          <w:sz w:val="22"/>
        </w:rPr>
        <w:t>8. Documents required after acceptance</w:t>
      </w:r>
    </w:p>
    <w:p w:rsidR="00726EA0" w:rsidRDefault="00275785">
      <w:pPr>
        <w:spacing w:after="80" w:line="240" w:lineRule="auto"/>
      </w:pPr>
      <w:r>
        <w:rPr>
          <w:i/>
          <w:sz w:val="18"/>
        </w:rPr>
        <w:t>This section is for information only. Selected participants will be asked to submit the following documents by 31 March 2027.</w:t>
      </w:r>
    </w:p>
    <w:p w:rsidR="00726EA0" w:rsidRDefault="00275785">
      <w:pPr>
        <w:spacing w:after="40"/>
        <w:ind w:left="283" w:hanging="142"/>
      </w:pPr>
      <w:r>
        <w:rPr>
          <w:sz w:val="18"/>
        </w:rPr>
        <w:t>- signed participation commitment / participation agreement;</w:t>
      </w:r>
    </w:p>
    <w:p w:rsidR="00726EA0" w:rsidRDefault="00275785">
      <w:pPr>
        <w:spacing w:after="40"/>
        <w:ind w:left="283" w:hanging="142"/>
      </w:pPr>
      <w:r>
        <w:rPr>
          <w:sz w:val="18"/>
        </w:rPr>
        <w:t>- declaration of participation in the Project;</w:t>
      </w:r>
    </w:p>
    <w:p w:rsidR="00726EA0" w:rsidRDefault="00275785">
      <w:pPr>
        <w:spacing w:after="40"/>
        <w:ind w:left="283" w:hanging="142"/>
      </w:pPr>
      <w:r>
        <w:rPr>
          <w:sz w:val="18"/>
        </w:rPr>
        <w:t>- participant personal data form;</w:t>
      </w:r>
    </w:p>
    <w:p w:rsidR="00726EA0" w:rsidRDefault="00275785">
      <w:pPr>
        <w:spacing w:after="40"/>
        <w:ind w:left="283" w:hanging="142"/>
      </w:pPr>
      <w:r>
        <w:rPr>
          <w:sz w:val="18"/>
        </w:rPr>
        <w:t>- GDPR-related statements required under the Programme, FERS/NAWA or Project documentation;</w:t>
      </w:r>
    </w:p>
    <w:p w:rsidR="00726EA0" w:rsidRDefault="00275785">
      <w:pPr>
        <w:spacing w:after="40"/>
        <w:ind w:left="283" w:hanging="142"/>
      </w:pPr>
      <w:r>
        <w:rPr>
          <w:sz w:val="18"/>
        </w:rPr>
        <w:t>- bank account details for the payment of financial support, if applicable;</w:t>
      </w:r>
    </w:p>
    <w:p w:rsidR="00726EA0" w:rsidRDefault="00275785">
      <w:pPr>
        <w:spacing w:after="40"/>
        <w:ind w:left="283" w:hanging="142"/>
      </w:pPr>
      <w:r>
        <w:rPr>
          <w:sz w:val="18"/>
        </w:rPr>
        <w:t>- copy of passport or ID document;</w:t>
      </w:r>
    </w:p>
    <w:p w:rsidR="00726EA0" w:rsidRDefault="00275785">
      <w:pPr>
        <w:spacing w:after="40"/>
        <w:ind w:left="283" w:hanging="142"/>
      </w:pPr>
      <w:r>
        <w:rPr>
          <w:sz w:val="18"/>
        </w:rPr>
        <w:t xml:space="preserve">- </w:t>
      </w:r>
      <w:r w:rsidR="007F4B67" w:rsidRPr="007F4B67">
        <w:rPr>
          <w:sz w:val="18"/>
        </w:rPr>
        <w:t>any other administrative documents required by NAWA, Silesian University of Technology or the Project documentation, if applicable and upon prior notification.</w:t>
      </w:r>
    </w:p>
    <w:p w:rsidR="00726EA0" w:rsidRDefault="00275785">
      <w:pPr>
        <w:keepNext/>
        <w:spacing w:before="180" w:after="80"/>
      </w:pPr>
      <w:r>
        <w:rPr>
          <w:b/>
          <w:sz w:val="22"/>
        </w:rPr>
        <w:t>9. Applicant declarations</w:t>
      </w:r>
    </w:p>
    <w:p w:rsidR="00726EA0" w:rsidRDefault="00275785">
      <w:pPr>
        <w:spacing w:after="40"/>
        <w:ind w:left="113"/>
      </w:pPr>
      <w:r>
        <w:rPr>
          <w:sz w:val="18"/>
        </w:rPr>
        <w:t>[ ] I declare that all information provided in this Application Form and in the attached documents is complete and true.</w:t>
      </w:r>
    </w:p>
    <w:p w:rsidR="00726EA0" w:rsidRDefault="00275785">
      <w:pPr>
        <w:spacing w:after="40"/>
        <w:ind w:left="113"/>
      </w:pPr>
      <w:r>
        <w:rPr>
          <w:sz w:val="18"/>
        </w:rPr>
        <w:t>[ ] I declare that I have read the Rules and Regulations of the Summer School and accept the recruitment rules.</w:t>
      </w:r>
    </w:p>
    <w:p w:rsidR="00726EA0" w:rsidRDefault="00275785">
      <w:pPr>
        <w:spacing w:after="40"/>
        <w:ind w:left="113"/>
      </w:pPr>
      <w:r>
        <w:rPr>
          <w:sz w:val="18"/>
        </w:rPr>
        <w:t>[ ] I declare that I meet the eligibility criteria for participation in the recruitment process.</w:t>
      </w:r>
    </w:p>
    <w:p w:rsidR="00726EA0" w:rsidRDefault="00275785">
      <w:pPr>
        <w:spacing w:after="40"/>
        <w:ind w:left="113"/>
      </w:pPr>
      <w:r>
        <w:rPr>
          <w:sz w:val="18"/>
        </w:rPr>
        <w:t>[ ] I acknowledge that submitting an application does not guarantee acceptance to the Summer School.</w:t>
      </w:r>
    </w:p>
    <w:p w:rsidR="00726EA0" w:rsidRDefault="00275785">
      <w:pPr>
        <w:spacing w:after="40"/>
        <w:ind w:left="113"/>
      </w:pPr>
      <w:r>
        <w:rPr>
          <w:sz w:val="18"/>
        </w:rPr>
        <w:t>[ ] I acknowledge that the documents submitted at the recruitment stage will not be returned.</w:t>
      </w:r>
    </w:p>
    <w:p w:rsidR="00726EA0" w:rsidRDefault="00275785">
      <w:pPr>
        <w:spacing w:after="40"/>
        <w:ind w:left="113"/>
      </w:pPr>
      <w:r>
        <w:rPr>
          <w:sz w:val="18"/>
        </w:rPr>
        <w:t>[ ] I acknowledge that providing false information may result in rejection of my application or cancellation of participation.</w:t>
      </w:r>
    </w:p>
    <w:p w:rsidR="00726EA0" w:rsidRDefault="00275785">
      <w:pPr>
        <w:spacing w:after="40"/>
        <w:ind w:left="113"/>
      </w:pPr>
      <w:r>
        <w:rPr>
          <w:sz w:val="18"/>
        </w:rPr>
        <w:t>[ ] I confirm that I have read the privacy information for recruitment purposes included in this Application Form.</w:t>
      </w:r>
    </w:p>
    <w:p w:rsidR="00726EA0" w:rsidRDefault="00275785">
      <w:pPr>
        <w:keepNext/>
        <w:spacing w:before="180" w:after="80"/>
      </w:pPr>
      <w:r>
        <w:rPr>
          <w:b/>
          <w:sz w:val="22"/>
        </w:rPr>
        <w:t>10. Information on personal data processing for recruitment purposes</w:t>
      </w:r>
    </w:p>
    <w:tbl>
      <w:tblPr>
        <w:tblStyle w:val="Tabela-Siatka"/>
        <w:tblW w:w="5000" w:type="pct"/>
        <w:jc w:val="center"/>
        <w:tblLook w:val="04A0" w:firstRow="1" w:lastRow="0" w:firstColumn="1" w:lastColumn="0" w:noHBand="0" w:noVBand="1"/>
      </w:tblPr>
      <w:tblGrid>
        <w:gridCol w:w="5151"/>
        <w:gridCol w:w="5151"/>
      </w:tblGrid>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Controller</w:t>
            </w:r>
          </w:p>
        </w:tc>
        <w:tc>
          <w:tcPr>
            <w:tcW w:w="5156" w:type="dxa"/>
            <w:tcMar>
              <w:top w:w="80" w:type="dxa"/>
              <w:left w:w="80" w:type="dxa"/>
              <w:bottom w:w="80" w:type="dxa"/>
              <w:right w:w="80" w:type="dxa"/>
            </w:tcMar>
            <w:vAlign w:val="center"/>
          </w:tcPr>
          <w:p w:rsidR="00726EA0" w:rsidRDefault="00275785">
            <w:r>
              <w:rPr>
                <w:sz w:val="18"/>
              </w:rPr>
              <w:t>The controller of personal data processed for the purpose of recruitment to the Summer School is Silesian University of Technology, ul. Akademicka 2A, 44-100 Gliwice, Poland.</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Purpose of processing</w:t>
            </w:r>
          </w:p>
        </w:tc>
        <w:tc>
          <w:tcPr>
            <w:tcW w:w="5156" w:type="dxa"/>
            <w:tcMar>
              <w:top w:w="80" w:type="dxa"/>
              <w:left w:w="80" w:type="dxa"/>
              <w:bottom w:w="80" w:type="dxa"/>
              <w:right w:w="80" w:type="dxa"/>
            </w:tcMar>
            <w:vAlign w:val="center"/>
          </w:tcPr>
          <w:p w:rsidR="00726EA0" w:rsidRDefault="00275785">
            <w:r>
              <w:rPr>
                <w:sz w:val="18"/>
              </w:rPr>
              <w:t>Personal data provided in the Application Form and attached documents will be processed for the purpose of conducting recruitment, verifying eligibility, communicating with applicants, documenting the recruitment process and, for selected participants, preparing participation documentation.</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Scope of data</w:t>
            </w:r>
          </w:p>
        </w:tc>
        <w:tc>
          <w:tcPr>
            <w:tcW w:w="5156" w:type="dxa"/>
            <w:tcMar>
              <w:top w:w="80" w:type="dxa"/>
              <w:left w:w="80" w:type="dxa"/>
              <w:bottom w:w="80" w:type="dxa"/>
              <w:right w:w="80" w:type="dxa"/>
            </w:tcMar>
            <w:vAlign w:val="center"/>
          </w:tcPr>
          <w:p w:rsidR="00726EA0" w:rsidRDefault="00275785">
            <w:r>
              <w:rPr>
                <w:sz w:val="18"/>
              </w:rPr>
              <w:t>The processed data may include identification data, contact data, information about education, student status, English language proficiency, academic achievements and information voluntarily provided by the applicant in the application documents.</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lastRenderedPageBreak/>
              <w:t>Recipients of data</w:t>
            </w:r>
          </w:p>
        </w:tc>
        <w:tc>
          <w:tcPr>
            <w:tcW w:w="5156" w:type="dxa"/>
            <w:tcMar>
              <w:top w:w="80" w:type="dxa"/>
              <w:left w:w="80" w:type="dxa"/>
              <w:bottom w:w="80" w:type="dxa"/>
              <w:right w:w="80" w:type="dxa"/>
            </w:tcMar>
            <w:vAlign w:val="center"/>
          </w:tcPr>
          <w:p w:rsidR="00726EA0" w:rsidRDefault="00275785">
            <w:r>
              <w:rPr>
                <w:sz w:val="18"/>
              </w:rPr>
              <w:t>Data may be made available to persons and units involved in the implementation of the Project, the recruitment committee, Silesian University of Technology administrative units, NAWA and other authorised institutions where required by law or Project documentation.</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Voluntary provision of data</w:t>
            </w:r>
          </w:p>
        </w:tc>
        <w:tc>
          <w:tcPr>
            <w:tcW w:w="5156" w:type="dxa"/>
            <w:tcMar>
              <w:top w:w="80" w:type="dxa"/>
              <w:left w:w="80" w:type="dxa"/>
              <w:bottom w:w="80" w:type="dxa"/>
              <w:right w:w="80" w:type="dxa"/>
            </w:tcMar>
            <w:vAlign w:val="center"/>
          </w:tcPr>
          <w:p w:rsidR="00726EA0" w:rsidRDefault="00275785">
            <w:r>
              <w:rPr>
                <w:sz w:val="18"/>
              </w:rPr>
              <w:t>Providing data is voluntary, but necessary to participate in the recruitment process. Failure to provide the required data or documents may result in the application not being considered.</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Rights of the data subject</w:t>
            </w:r>
          </w:p>
        </w:tc>
        <w:tc>
          <w:tcPr>
            <w:tcW w:w="5156" w:type="dxa"/>
            <w:tcMar>
              <w:top w:w="80" w:type="dxa"/>
              <w:left w:w="80" w:type="dxa"/>
              <w:bottom w:w="80" w:type="dxa"/>
              <w:right w:w="80" w:type="dxa"/>
            </w:tcMar>
            <w:vAlign w:val="center"/>
          </w:tcPr>
          <w:p w:rsidR="00726EA0" w:rsidRDefault="00275785">
            <w:r>
              <w:rPr>
                <w:sz w:val="18"/>
              </w:rPr>
              <w:t>The applicant has the right to access their data, request rectification, restriction of processing and other rights provided under GDPR, subject to applicable legal requirements.</w:t>
            </w:r>
          </w:p>
        </w:tc>
      </w:tr>
      <w:tr w:rsidR="00726EA0">
        <w:trPr>
          <w:jc w:val="center"/>
        </w:trPr>
        <w:tc>
          <w:tcPr>
            <w:tcW w:w="5156" w:type="dxa"/>
            <w:shd w:val="clear" w:color="auto" w:fill="EDEDED"/>
            <w:tcMar>
              <w:top w:w="80" w:type="dxa"/>
              <w:left w:w="80" w:type="dxa"/>
              <w:bottom w:w="80" w:type="dxa"/>
              <w:right w:w="80" w:type="dxa"/>
            </w:tcMar>
            <w:vAlign w:val="center"/>
          </w:tcPr>
          <w:p w:rsidR="00726EA0" w:rsidRDefault="00275785">
            <w:r>
              <w:rPr>
                <w:b/>
                <w:sz w:val="18"/>
              </w:rPr>
              <w:t>Data Protection Officer</w:t>
            </w:r>
          </w:p>
        </w:tc>
        <w:tc>
          <w:tcPr>
            <w:tcW w:w="5156" w:type="dxa"/>
            <w:tcMar>
              <w:top w:w="80" w:type="dxa"/>
              <w:left w:w="80" w:type="dxa"/>
              <w:bottom w:w="80" w:type="dxa"/>
              <w:right w:w="80" w:type="dxa"/>
            </w:tcMar>
            <w:vAlign w:val="center"/>
          </w:tcPr>
          <w:p w:rsidR="00726EA0" w:rsidRDefault="00275785">
            <w:r>
              <w:rPr>
                <w:sz w:val="18"/>
              </w:rPr>
              <w:t>Contact details of the Data Protection Officer: [to be confirmed by Silesian University of Technology before publication].</w:t>
            </w:r>
          </w:p>
        </w:tc>
      </w:tr>
    </w:tbl>
    <w:p w:rsidR="00726EA0" w:rsidRDefault="00275785">
      <w:pPr>
        <w:spacing w:after="80" w:line="240" w:lineRule="auto"/>
      </w:pPr>
      <w:r>
        <w:rPr>
          <w:i/>
          <w:sz w:val="18"/>
        </w:rPr>
        <w:t>The full information clauses required under the Programme, FERS/NAWA or Project documentation may be requested from selected participants after acceptance, before the start of participation in the Project.</w:t>
      </w:r>
    </w:p>
    <w:p w:rsidR="00726EA0" w:rsidRDefault="00275785">
      <w:pPr>
        <w:keepNext/>
        <w:spacing w:before="180" w:after="80"/>
      </w:pPr>
      <w:r>
        <w:rPr>
          <w:b/>
          <w:sz w:val="22"/>
        </w:rPr>
        <w:t>11. Applicant signature</w:t>
      </w:r>
    </w:p>
    <w:tbl>
      <w:tblPr>
        <w:tblStyle w:val="Tabela-Siatka"/>
        <w:tblW w:w="5000" w:type="pct"/>
        <w:tblLook w:val="04A0" w:firstRow="1" w:lastRow="0" w:firstColumn="1" w:lastColumn="0" w:noHBand="0" w:noVBand="1"/>
      </w:tblPr>
      <w:tblGrid>
        <w:gridCol w:w="5148"/>
        <w:gridCol w:w="5154"/>
      </w:tblGrid>
      <w:tr w:rsidR="00726EA0" w:rsidTr="007F4B67">
        <w:trPr>
          <w:trHeight w:val="454"/>
        </w:trPr>
        <w:tc>
          <w:tcPr>
            <w:tcW w:w="5236" w:type="dxa"/>
            <w:shd w:val="clear" w:color="auto" w:fill="EDEDED"/>
            <w:tcMar>
              <w:top w:w="80" w:type="dxa"/>
              <w:left w:w="80" w:type="dxa"/>
              <w:bottom w:w="80" w:type="dxa"/>
              <w:right w:w="80" w:type="dxa"/>
            </w:tcMar>
            <w:vAlign w:val="center"/>
          </w:tcPr>
          <w:p w:rsidR="00726EA0" w:rsidRDefault="00275785">
            <w:r>
              <w:rPr>
                <w:b/>
                <w:sz w:val="18"/>
              </w:rPr>
              <w:t>Place and date</w:t>
            </w:r>
          </w:p>
        </w:tc>
        <w:tc>
          <w:tcPr>
            <w:tcW w:w="5236" w:type="dxa"/>
            <w:shd w:val="clear" w:color="auto" w:fill="EDEDED"/>
            <w:tcMar>
              <w:top w:w="80" w:type="dxa"/>
              <w:left w:w="80" w:type="dxa"/>
              <w:bottom w:w="80" w:type="dxa"/>
              <w:right w:w="80" w:type="dxa"/>
            </w:tcMar>
            <w:vAlign w:val="center"/>
          </w:tcPr>
          <w:p w:rsidR="00726EA0" w:rsidRDefault="00275785">
            <w:r>
              <w:rPr>
                <w:b/>
                <w:sz w:val="18"/>
              </w:rPr>
              <w:t>Applicant signature</w:t>
            </w:r>
          </w:p>
        </w:tc>
      </w:tr>
      <w:tr w:rsidR="00726EA0" w:rsidTr="007F4B67">
        <w:trPr>
          <w:trHeight w:val="567"/>
        </w:trPr>
        <w:tc>
          <w:tcPr>
            <w:tcW w:w="5236" w:type="dxa"/>
            <w:tcMar>
              <w:top w:w="80" w:type="dxa"/>
              <w:left w:w="80" w:type="dxa"/>
              <w:bottom w:w="80" w:type="dxa"/>
              <w:right w:w="80" w:type="dxa"/>
            </w:tcMar>
            <w:vAlign w:val="center"/>
          </w:tcPr>
          <w:p w:rsidR="00726EA0" w:rsidRDefault="00726EA0"/>
        </w:tc>
        <w:tc>
          <w:tcPr>
            <w:tcW w:w="5236" w:type="dxa"/>
            <w:tcMar>
              <w:top w:w="80" w:type="dxa"/>
              <w:left w:w="80" w:type="dxa"/>
              <w:bottom w:w="80" w:type="dxa"/>
              <w:right w:w="80" w:type="dxa"/>
            </w:tcMar>
            <w:vAlign w:val="center"/>
          </w:tcPr>
          <w:p w:rsidR="00726EA0" w:rsidRDefault="00726EA0"/>
        </w:tc>
      </w:tr>
    </w:tbl>
    <w:p w:rsidR="00275785" w:rsidRDefault="00275785"/>
    <w:sectPr w:rsidR="00275785" w:rsidSect="00841A47">
      <w:headerReference w:type="even" r:id="rId8"/>
      <w:headerReference w:type="default" r:id="rId9"/>
      <w:footerReference w:type="even" r:id="rId10"/>
      <w:footerReference w:type="default" r:id="rId11"/>
      <w:headerReference w:type="first" r:id="rId12"/>
      <w:footerReference w:type="first" r:id="rId13"/>
      <w:pgSz w:w="12240" w:h="15840"/>
      <w:pgMar w:top="850" w:right="964" w:bottom="850" w:left="96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642" w:rsidRDefault="003A1642">
      <w:pPr>
        <w:spacing w:after="0" w:line="240" w:lineRule="auto"/>
      </w:pPr>
      <w:r>
        <w:separator/>
      </w:r>
    </w:p>
  </w:endnote>
  <w:endnote w:type="continuationSeparator" w:id="0">
    <w:p w:rsidR="003A1642" w:rsidRDefault="003A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A47" w:rsidRDefault="00841A47">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EA0" w:rsidRDefault="00275785">
    <w:pPr>
      <w:pStyle w:val="Stopka"/>
      <w:jc w:val="center"/>
    </w:pPr>
    <w:r>
      <w:rPr>
        <w:sz w:val="16"/>
      </w:rPr>
      <w:t>Application Form - Energy Transition Academy: Circular Economy &amp; Life Cycle Thinking</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A47" w:rsidRDefault="00841A47">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642" w:rsidRDefault="003A1642">
      <w:pPr>
        <w:spacing w:after="0" w:line="240" w:lineRule="auto"/>
      </w:pPr>
      <w:r>
        <w:separator/>
      </w:r>
    </w:p>
  </w:footnote>
  <w:footnote w:type="continuationSeparator" w:id="0">
    <w:p w:rsidR="003A1642" w:rsidRDefault="003A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A47" w:rsidRDefault="00841A47">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EA0" w:rsidRDefault="00841A47">
    <w:pPr>
      <w:pStyle w:val="Nagwek"/>
      <w:jc w:val="center"/>
    </w:pPr>
    <w:r w:rsidRPr="00841A47">
      <w:rPr>
        <w:noProof/>
      </w:rPr>
      <w:drawing>
        <wp:inline distT="0" distB="0" distL="0" distR="0">
          <wp:extent cx="6548120" cy="687808"/>
          <wp:effectExtent l="0" t="0" r="508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8120" cy="687808"/>
                  </a:xfrm>
                  <a:prstGeom prst="rect">
                    <a:avLst/>
                  </a:prstGeom>
                  <a:noFill/>
                  <a:ln>
                    <a:noFill/>
                  </a:ln>
                </pic:spPr>
              </pic:pic>
            </a:graphicData>
          </a:graphic>
        </wp:inline>
      </w:drawing>
    </w:r>
  </w:p>
  <w:p w:rsidR="00841A47" w:rsidRDefault="00841A47">
    <w:pPr>
      <w:pStyle w:val="Nagwek"/>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A47" w:rsidRDefault="00841A47">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75785"/>
    <w:rsid w:val="0029639D"/>
    <w:rsid w:val="00326F90"/>
    <w:rsid w:val="003A1642"/>
    <w:rsid w:val="00726EA0"/>
    <w:rsid w:val="007F4B67"/>
    <w:rsid w:val="00841A47"/>
    <w:rsid w:val="009243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D1B6A30A-7CE3-41AA-9970-6318665F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1FF6F-1EEA-46CA-B2C6-F64242836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1210</Words>
  <Characters>6901</Characters>
  <Application>Microsoft Office Word</Application>
  <DocSecurity>0</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dc:creator>
  <cp:keywords/>
  <dc:description>generated by python-docx</dc:description>
  <cp:lastModifiedBy>Krzysztof Pikoń</cp:lastModifiedBy>
  <cp:revision>4</cp:revision>
  <dcterms:created xsi:type="dcterms:W3CDTF">2026-07-08T12:08:00Z</dcterms:created>
  <dcterms:modified xsi:type="dcterms:W3CDTF">2026-07-08T12:17:00Z</dcterms:modified>
  <cp:category/>
</cp:coreProperties>
</file>