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98D8E" w14:textId="77777777" w:rsidR="00922B42" w:rsidRDefault="00EE1F9F">
      <w:pPr>
        <w:spacing w:after="40" w:line="252" w:lineRule="auto"/>
        <w:jc w:val="right"/>
      </w:pPr>
      <w:r>
        <w:rPr>
          <w:i/>
        </w:rPr>
        <w:t>Annex 5 to the Regulations</w:t>
      </w:r>
    </w:p>
    <w:p w14:paraId="30388177" w14:textId="77777777" w:rsidR="00922B42" w:rsidRDefault="00EE1F9F">
      <w:pPr>
        <w:spacing w:after="160" w:line="252" w:lineRule="auto"/>
        <w:jc w:val="right"/>
      </w:pPr>
      <w:r>
        <w:rPr>
          <w:i/>
        </w:rPr>
        <w:t>Additional consent of the Project Participant to personal data processing</w:t>
      </w:r>
    </w:p>
    <w:p w14:paraId="02CB75E5" w14:textId="77777777" w:rsidR="00922B42" w:rsidRDefault="00EE1F9F">
      <w:pPr>
        <w:spacing w:after="160" w:line="252" w:lineRule="auto"/>
        <w:jc w:val="center"/>
      </w:pPr>
      <w:r>
        <w:rPr>
          <w:b/>
          <w:sz w:val="26"/>
        </w:rPr>
        <w:t>ADDITIONAL CONSENT OF THE PROJECT PARTICIPANT TO DATA PROCESSING</w:t>
      </w:r>
    </w:p>
    <w:p w14:paraId="5276867E" w14:textId="77777777" w:rsidR="00922B42" w:rsidRDefault="00EE1F9F">
      <w:pPr>
        <w:spacing w:after="160" w:line="252" w:lineRule="auto"/>
        <w:jc w:val="center"/>
      </w:pPr>
      <w:r>
        <w:rPr>
          <w:b/>
          <w:color w:val="C00000"/>
        </w:rPr>
        <w:t>This consent is voluntary and is not a condition for participation in the Summer School.</w:t>
      </w:r>
    </w:p>
    <w:p w14:paraId="28126160" w14:textId="77777777" w:rsidR="00922B42" w:rsidRDefault="00EE1F9F">
      <w:pPr>
        <w:spacing w:after="100" w:line="252" w:lineRule="auto"/>
      </w:pPr>
      <w:r>
        <w:t>In addition, I hereby consent to the use of my personal data (given name, last name, institution, e-mail, phone number, image) provided under the Programme of the Polish National Agency for Academic Exchange titled International Summer School ENERGY TRANSITION ACADEMY: CIRCULAR ECONOMY &amp; LIFE CYCLE THINKING, carried out under the NAWA Programme SPINAKER - International Intensive Programmes, Call 2025, financed from European Union funds, for the purpose of communicating information about the Agency’s programmes and activities in the form of:</w:t>
      </w:r>
    </w:p>
    <w:p w14:paraId="642E62EF" w14:textId="77777777" w:rsidR="00922B42" w:rsidRDefault="00EE1F9F">
      <w:pPr>
        <w:spacing w:after="60" w:line="252" w:lineRule="auto"/>
        <w:ind w:left="648" w:hanging="259"/>
      </w:pPr>
      <w:r>
        <w:t>• a newsletter to project participants;</w:t>
      </w:r>
    </w:p>
    <w:p w14:paraId="62965A77" w14:textId="77777777" w:rsidR="00922B42" w:rsidRDefault="00EE1F9F">
      <w:pPr>
        <w:spacing w:after="60" w:line="252" w:lineRule="auto"/>
        <w:ind w:left="648" w:hanging="259"/>
      </w:pPr>
      <w:r>
        <w:t>• invitations to meetings/webinars;</w:t>
      </w:r>
    </w:p>
    <w:p w14:paraId="3D1979CC" w14:textId="77777777" w:rsidR="00922B42" w:rsidRDefault="00EE1F9F">
      <w:pPr>
        <w:spacing w:after="60" w:line="252" w:lineRule="auto"/>
        <w:ind w:left="648" w:hanging="259"/>
      </w:pPr>
      <w:r>
        <w:t>• invitations to respond to calls for applications;</w:t>
      </w:r>
    </w:p>
    <w:p w14:paraId="15625689" w14:textId="77777777" w:rsidR="00922B42" w:rsidRDefault="00EE1F9F">
      <w:pPr>
        <w:spacing w:after="60" w:line="252" w:lineRule="auto"/>
        <w:ind w:left="648" w:hanging="259"/>
      </w:pPr>
      <w:r>
        <w:t>• information about achievements/results.</w:t>
      </w:r>
    </w:p>
    <w:p w14:paraId="789E8DEC" w14:textId="77777777" w:rsidR="00922B42" w:rsidRDefault="00EE1F9F">
      <w:pPr>
        <w:spacing w:after="100" w:line="252" w:lineRule="auto"/>
      </w:pPr>
      <w:r>
        <w:t>The basis for the use of the data is my consent (Article 6(1)(a) of the GDPR), which I can withdraw at any time. Withdrawing consent does not affect the lawfulness of the use of data in the period when the consent was effective. The provision of data for the above purposes is voluntary.</w:t>
      </w:r>
    </w:p>
    <w:p w14:paraId="75B793DD" w14:textId="77777777" w:rsidR="00922B42" w:rsidRDefault="00EE1F9F">
      <w:pPr>
        <w:spacing w:after="100" w:line="252" w:lineRule="auto"/>
      </w:pPr>
      <w:r>
        <w:t>The data may be shared with entities that cooperate with the Agency in the performance of the above tasks, in compliance with the provisions on personal data protection.</w:t>
      </w:r>
    </w:p>
    <w:p w14:paraId="1EB06C50" w14:textId="77777777" w:rsidR="00922B42" w:rsidRDefault="00EE1F9F">
      <w:pPr>
        <w:spacing w:after="100" w:line="252" w:lineRule="auto"/>
      </w:pPr>
      <w:r>
        <w:t>Personal data will be used for a period of up to 5 years from the moment when the data subject ends their participation in a programme or an action carried out by the Agency or up to the moment when they withdraw their consent.</w:t>
      </w:r>
    </w:p>
    <w:p w14:paraId="7138099C" w14:textId="77777777" w:rsidR="00922B42" w:rsidRDefault="00EE1F9F">
      <w:pPr>
        <w:spacing w:after="60" w:line="252" w:lineRule="auto"/>
      </w:pPr>
      <w:r>
        <w:t>I hereby acknowledge that I have the right to:</w:t>
      </w:r>
    </w:p>
    <w:p w14:paraId="0DD589A1" w14:textId="77777777" w:rsidR="00922B42" w:rsidRDefault="00EE1F9F">
      <w:pPr>
        <w:spacing w:after="60" w:line="252" w:lineRule="auto"/>
        <w:ind w:left="648" w:hanging="259"/>
      </w:pPr>
      <w:r>
        <w:t>• request from the Agency access to my personal data;</w:t>
      </w:r>
    </w:p>
    <w:p w14:paraId="540DA4F4" w14:textId="77777777" w:rsidR="00922B42" w:rsidRDefault="00EE1F9F">
      <w:pPr>
        <w:spacing w:after="60" w:line="252" w:lineRule="auto"/>
        <w:ind w:left="648" w:hanging="259"/>
      </w:pPr>
      <w:r>
        <w:t>• request rectification, erasure or restriction of the use of my personal data;</w:t>
      </w:r>
    </w:p>
    <w:p w14:paraId="2A7DF8B6" w14:textId="77777777" w:rsidR="00922B42" w:rsidRDefault="00EE1F9F">
      <w:pPr>
        <w:spacing w:after="60" w:line="252" w:lineRule="auto"/>
        <w:ind w:left="648" w:hanging="259"/>
      </w:pPr>
      <w:r>
        <w:t>• object to the use of my personal data;</w:t>
      </w:r>
    </w:p>
    <w:p w14:paraId="3DBB3050" w14:textId="77777777" w:rsidR="00922B42" w:rsidRDefault="00EE1F9F">
      <w:pPr>
        <w:spacing w:after="60" w:line="252" w:lineRule="auto"/>
        <w:ind w:left="648" w:hanging="259"/>
      </w:pPr>
      <w:r>
        <w:t>• lodge a complaint with the supervisory authority.</w:t>
      </w:r>
    </w:p>
    <w:p w14:paraId="513950DE" w14:textId="77777777" w:rsidR="00922B42" w:rsidRDefault="00EE1F9F">
      <w:pPr>
        <w:spacing w:after="160" w:line="252" w:lineRule="auto"/>
      </w:pPr>
      <w:r>
        <w:t>Contact information of the data protection inspector: odo@nawa.gov.pl.</w:t>
      </w:r>
    </w:p>
    <w:p w14:paraId="1EE02C64" w14:textId="77777777" w:rsidR="00922B42" w:rsidRDefault="00EE1F9F">
      <w:pPr>
        <w:spacing w:after="0" w:line="252" w:lineRule="auto"/>
      </w:pPr>
      <w:r>
        <w:br/>
        <w:t>…..………………………………………………..……..……</w:t>
      </w:r>
      <w:r>
        <w:br/>
        <w:t>PLACE AND DATE</w:t>
      </w:r>
    </w:p>
    <w:p w14:paraId="1913C6B5" w14:textId="77777777" w:rsidR="00922B42" w:rsidRDefault="00EE1F9F">
      <w:pPr>
        <w:spacing w:after="0" w:line="252" w:lineRule="auto"/>
        <w:jc w:val="right"/>
      </w:pPr>
      <w:r>
        <w:br/>
        <w:t>………………………………………………………………</w:t>
      </w:r>
      <w:r>
        <w:br/>
        <w:t>LEGIBLE SIGNATURE OF THE PROJECT PARTICIPANT*</w:t>
      </w:r>
    </w:p>
    <w:p w14:paraId="26BAC115" w14:textId="77777777" w:rsidR="00922B42" w:rsidRDefault="00EE1F9F">
      <w:pPr>
        <w:spacing w:after="120" w:line="252" w:lineRule="auto"/>
      </w:pPr>
      <w:r>
        <w:rPr>
          <w:i/>
          <w:sz w:val="16"/>
        </w:rPr>
        <w:t>* In the event that the declaration of participation is made by a minor, it should be signed by their legal guardian.</w:t>
      </w:r>
    </w:p>
    <w:sectPr w:rsidR="00922B42" w:rsidSect="001816E3">
      <w:headerReference w:type="even" r:id="rId8"/>
      <w:headerReference w:type="default" r:id="rId9"/>
      <w:footerReference w:type="even" r:id="rId10"/>
      <w:footerReference w:type="default" r:id="rId11"/>
      <w:headerReference w:type="first" r:id="rId12"/>
      <w:footerReference w:type="first" r:id="rId13"/>
      <w:pgSz w:w="12240" w:h="15840"/>
      <w:pgMar w:top="1024" w:right="1080" w:bottom="567" w:left="1080" w:header="720" w:footer="101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BF4E8" w14:textId="77777777" w:rsidR="00EE1F9F" w:rsidRDefault="00EE1F9F">
      <w:pPr>
        <w:spacing w:after="0" w:line="240" w:lineRule="auto"/>
      </w:pPr>
      <w:r>
        <w:separator/>
      </w:r>
    </w:p>
  </w:endnote>
  <w:endnote w:type="continuationSeparator" w:id="0">
    <w:p w14:paraId="66AF1DEE" w14:textId="77777777" w:rsidR="00EE1F9F" w:rsidRDefault="00EE1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E51C2" w14:textId="77777777" w:rsidR="00FA2EFB" w:rsidRDefault="00FA2EF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03692" w14:textId="77777777" w:rsidR="001816E3" w:rsidRDefault="001816E3">
    <w:pPr>
      <w:pStyle w:val="Stopka"/>
    </w:pPr>
    <w:r>
      <w:tab/>
    </w:r>
    <w:r>
      <w:fldChar w:fldCharType="begin"/>
    </w:r>
    <w:r>
      <w:instrText>PAGE   \* MERGEFORMAT</w:instrText>
    </w:r>
    <w:r>
      <w:fldChar w:fldCharType="separate"/>
    </w:r>
    <w:r w:rsidRPr="001816E3">
      <w:rPr>
        <w:noProof/>
        <w:lang w:val="pl-PL"/>
      </w:rPr>
      <w:t>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C089E" w14:textId="77777777" w:rsidR="00FA2EFB" w:rsidRDefault="00FA2EF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A4C4B" w14:textId="77777777" w:rsidR="00EE1F9F" w:rsidRDefault="00EE1F9F">
      <w:pPr>
        <w:spacing w:after="0" w:line="240" w:lineRule="auto"/>
      </w:pPr>
      <w:r>
        <w:separator/>
      </w:r>
    </w:p>
  </w:footnote>
  <w:footnote w:type="continuationSeparator" w:id="0">
    <w:p w14:paraId="019D9724" w14:textId="77777777" w:rsidR="00EE1F9F" w:rsidRDefault="00EE1F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6D4CA" w14:textId="77777777" w:rsidR="00FA2EFB" w:rsidRDefault="00FA2EF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17958" w14:textId="24F1646B" w:rsidR="001816E3" w:rsidRDefault="00FA2EFB">
    <w:pPr>
      <w:pStyle w:val="Nagwek"/>
      <w:jc w:val="center"/>
    </w:pPr>
    <w:r w:rsidRPr="00841A47">
      <w:rPr>
        <w:noProof/>
      </w:rPr>
      <w:drawing>
        <wp:inline distT="0" distB="0" distL="0" distR="0" wp14:anchorId="25681B2F" wp14:editId="25E78EAD">
          <wp:extent cx="5530850" cy="580868"/>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1663" cy="591456"/>
                  </a:xfrm>
                  <a:prstGeom prst="rect">
                    <a:avLst/>
                  </a:prstGeom>
                  <a:noFill/>
                  <a:ln>
                    <a:noFill/>
                  </a:ln>
                </pic:spPr>
              </pic:pic>
            </a:graphicData>
          </a:graphic>
        </wp:inline>
      </w:drawing>
    </w:r>
  </w:p>
  <w:p w14:paraId="22291E21" w14:textId="77777777" w:rsidR="001816E3" w:rsidRDefault="001816E3">
    <w:pPr>
      <w:pStyle w:val="Nagwek"/>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9049B" w14:textId="77777777" w:rsidR="00FA2EFB" w:rsidRDefault="00FA2EF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B6430C3"/>
    <w:multiLevelType w:val="hybridMultilevel"/>
    <w:tmpl w:val="79DAF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E16E13"/>
    <w:multiLevelType w:val="hybridMultilevel"/>
    <w:tmpl w:val="F0023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1573373">
    <w:abstractNumId w:val="8"/>
  </w:num>
  <w:num w:numId="2" w16cid:durableId="881013039">
    <w:abstractNumId w:val="6"/>
  </w:num>
  <w:num w:numId="3" w16cid:durableId="841431493">
    <w:abstractNumId w:val="5"/>
  </w:num>
  <w:num w:numId="4" w16cid:durableId="100271789">
    <w:abstractNumId w:val="4"/>
  </w:num>
  <w:num w:numId="5" w16cid:durableId="1463886443">
    <w:abstractNumId w:val="7"/>
  </w:num>
  <w:num w:numId="6" w16cid:durableId="1098022798">
    <w:abstractNumId w:val="3"/>
  </w:num>
  <w:num w:numId="7" w16cid:durableId="1423646112">
    <w:abstractNumId w:val="2"/>
  </w:num>
  <w:num w:numId="8" w16cid:durableId="1924534452">
    <w:abstractNumId w:val="1"/>
  </w:num>
  <w:num w:numId="9" w16cid:durableId="241381104">
    <w:abstractNumId w:val="0"/>
  </w:num>
  <w:num w:numId="10" w16cid:durableId="1578393102">
    <w:abstractNumId w:val="10"/>
  </w:num>
  <w:num w:numId="11" w16cid:durableId="18753898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12819"/>
    <w:rsid w:val="0015074B"/>
    <w:rsid w:val="001816E3"/>
    <w:rsid w:val="001B3C40"/>
    <w:rsid w:val="0029639D"/>
    <w:rsid w:val="002D55E9"/>
    <w:rsid w:val="00326F90"/>
    <w:rsid w:val="0053067B"/>
    <w:rsid w:val="005873D7"/>
    <w:rsid w:val="00915EE9"/>
    <w:rsid w:val="00922B42"/>
    <w:rsid w:val="00A37DA1"/>
    <w:rsid w:val="00AA1D8D"/>
    <w:rsid w:val="00AC4713"/>
    <w:rsid w:val="00B47730"/>
    <w:rsid w:val="00B95653"/>
    <w:rsid w:val="00CB0664"/>
    <w:rsid w:val="00CB75F9"/>
    <w:rsid w:val="00E32CA8"/>
    <w:rsid w:val="00EE1F9F"/>
    <w:rsid w:val="00FA2EF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D74C61F"/>
  <w14:defaultImageDpi w14:val="300"/>
  <w15:docId w15:val="{1A6F3820-C0F3-47C4-9D60-36205576D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eastAsia="Arial" w:hAnsi="Arial"/>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CD7AC-D748-4C45-820F-F8A10B997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319</Words>
  <Characters>1920</Characters>
  <Application>Microsoft Office Word</Application>
  <DocSecurity>0</DocSecurity>
  <Lines>16</Lines>
  <Paragraphs>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Krzysztof Pikoń</cp:lastModifiedBy>
  <cp:revision>4</cp:revision>
  <dcterms:created xsi:type="dcterms:W3CDTF">2026-07-08T14:07:00Z</dcterms:created>
  <dcterms:modified xsi:type="dcterms:W3CDTF">2026-07-08T14:26:00Z</dcterms:modified>
  <cp:category/>
</cp:coreProperties>
</file>