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B8A1E" w14:textId="0E615F98" w:rsidR="00922B42" w:rsidRDefault="00922B42"/>
    <w:p w14:paraId="234E495D" w14:textId="77777777" w:rsidR="00922B42" w:rsidRDefault="00EE1F9F">
      <w:pPr>
        <w:spacing w:after="40" w:line="252" w:lineRule="auto"/>
        <w:jc w:val="right"/>
      </w:pPr>
      <w:r>
        <w:rPr>
          <w:i/>
        </w:rPr>
        <w:t>Annex 1 to the Regulations</w:t>
      </w:r>
    </w:p>
    <w:p w14:paraId="0D612B90" w14:textId="77777777" w:rsidR="00922B42" w:rsidRDefault="00EE1F9F">
      <w:pPr>
        <w:spacing w:after="160" w:line="252" w:lineRule="auto"/>
        <w:jc w:val="right"/>
      </w:pPr>
      <w:r>
        <w:rPr>
          <w:i/>
        </w:rPr>
        <w:t>Declaration of participation in the Project</w:t>
      </w:r>
    </w:p>
    <w:p w14:paraId="63D0DE52" w14:textId="77777777" w:rsidR="00922B42" w:rsidRDefault="00EE1F9F">
      <w:pPr>
        <w:spacing w:line="252" w:lineRule="auto"/>
        <w:jc w:val="center"/>
      </w:pPr>
      <w:r>
        <w:rPr>
          <w:b/>
          <w:sz w:val="26"/>
        </w:rPr>
        <w:t>DECLARATION OF PARTICIPATION IN THE PROJECT</w:t>
      </w:r>
    </w:p>
    <w:tbl>
      <w:tblPr>
        <w:tblStyle w:val="Tabela-Siatka"/>
        <w:tblW w:w="0" w:type="auto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ook w:val="04A0" w:firstRow="1" w:lastRow="0" w:firstColumn="1" w:lastColumn="0" w:noHBand="0" w:noVBand="1"/>
      </w:tblPr>
      <w:tblGrid>
        <w:gridCol w:w="5030"/>
        <w:gridCol w:w="5034"/>
      </w:tblGrid>
      <w:tr w:rsidR="00922B42" w14:paraId="395E26A2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EDD3AB" w14:textId="77777777" w:rsidR="00922B42" w:rsidRDefault="00EE1F9F">
            <w:r>
              <w:rPr>
                <w:b/>
                <w:sz w:val="18"/>
              </w:rPr>
              <w:t>Project data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DE25D4" w14:textId="77777777" w:rsidR="00922B42" w:rsidRDefault="00EE1F9F">
            <w:r>
              <w:rPr>
                <w:sz w:val="18"/>
              </w:rPr>
              <w:t>Project financed from European Union funds under the NAWA Programme SPINAKER - International Intensive Programmes, Call 2025. Decision No. BPI/SPI/2025/1/00004/DEC/01. Project implementation period: 01.06.2026-30.11.2027.</w:t>
            </w:r>
          </w:p>
        </w:tc>
      </w:tr>
      <w:tr w:rsidR="00922B42" w14:paraId="3186E098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FCEEEA" w14:textId="77777777" w:rsidR="00922B42" w:rsidRDefault="00EE1F9F">
            <w:r>
              <w:rPr>
                <w:b/>
                <w:sz w:val="18"/>
              </w:rPr>
              <w:t>Name of the NAWA programme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666D95" w14:textId="77777777" w:rsidR="00922B42" w:rsidRDefault="00EE1F9F">
            <w:r>
              <w:rPr>
                <w:sz w:val="18"/>
              </w:rPr>
              <w:t>SPINAKER - International Intensive Programmes - Call 2025</w:t>
            </w:r>
          </w:p>
        </w:tc>
      </w:tr>
      <w:tr w:rsidR="00922B42" w14:paraId="1F9C03CB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62FD8A" w14:textId="77777777" w:rsidR="00922B42" w:rsidRDefault="00EE1F9F">
            <w:r>
              <w:rPr>
                <w:b/>
                <w:sz w:val="18"/>
              </w:rPr>
              <w:t>Agreement or Project number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A55433" w14:textId="77777777" w:rsidR="00922B42" w:rsidRDefault="00EE1F9F">
            <w:r>
              <w:rPr>
                <w:sz w:val="18"/>
              </w:rPr>
              <w:t>BPI/SPI/2025/1/00004/U/00001</w:t>
            </w:r>
          </w:p>
        </w:tc>
      </w:tr>
      <w:tr w:rsidR="00922B42" w14:paraId="7036AB49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4A3F5D" w14:textId="77777777" w:rsidR="00922B42" w:rsidRDefault="00EE1F9F">
            <w:r>
              <w:rPr>
                <w:b/>
                <w:sz w:val="18"/>
              </w:rPr>
              <w:t>Name of the Beneficiary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6DAA9A" w14:textId="77777777" w:rsidR="00922B42" w:rsidRDefault="00EE1F9F">
            <w:r>
              <w:rPr>
                <w:sz w:val="18"/>
              </w:rPr>
              <w:t>Silesian University of Technology</w:t>
            </w:r>
          </w:p>
        </w:tc>
      </w:tr>
      <w:tr w:rsidR="00922B42" w14:paraId="4961A62D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560B73" w14:textId="77777777" w:rsidR="00922B42" w:rsidRDefault="00EE1F9F">
            <w:r>
              <w:rPr>
                <w:b/>
                <w:sz w:val="18"/>
              </w:rPr>
              <w:t>Project Title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22567" w14:textId="77777777" w:rsidR="00922B42" w:rsidRDefault="00EE1F9F">
            <w:r>
              <w:rPr>
                <w:sz w:val="18"/>
              </w:rPr>
              <w:t>International Summer School</w:t>
            </w:r>
            <w:r>
              <w:rPr>
                <w:sz w:val="18"/>
              </w:rPr>
              <w:br/>
              <w:t>ENERGY TRANSITION ACADEMY: CIRCULAR ECONOMY &amp; LIFE CYCLE THINKING</w:t>
            </w:r>
          </w:p>
        </w:tc>
      </w:tr>
    </w:tbl>
    <w:p w14:paraId="4230EA4F" w14:textId="77777777" w:rsidR="00922B42" w:rsidRDefault="00922B42">
      <w:pPr>
        <w:spacing w:after="40"/>
      </w:pPr>
    </w:p>
    <w:p w14:paraId="6999A9FF" w14:textId="77777777" w:rsidR="00922B42" w:rsidRDefault="00EE1F9F">
      <w:pPr>
        <w:spacing w:after="80" w:line="252" w:lineRule="auto"/>
      </w:pPr>
      <w:r>
        <w:rPr>
          <w:b/>
        </w:rPr>
        <w:t>INFORMATION:</w:t>
      </w:r>
    </w:p>
    <w:p w14:paraId="471B788C" w14:textId="77777777" w:rsidR="00922B42" w:rsidRDefault="00EE1F9F">
      <w:pPr>
        <w:spacing w:after="60" w:line="252" w:lineRule="auto"/>
      </w:pPr>
      <w:r>
        <w:t>The Polish National Agency for Academic Exchange collects personal data of the Project Participant in order to:</w:t>
      </w:r>
    </w:p>
    <w:p w14:paraId="03EC75B2" w14:textId="77777777" w:rsidR="00922B42" w:rsidRDefault="00EE1F9F">
      <w:pPr>
        <w:spacing w:after="80" w:line="252" w:lineRule="auto"/>
        <w:ind w:left="461" w:hanging="461"/>
      </w:pPr>
      <w:r>
        <w:t>1. implement statutory tasks of NAWA - data of Participants are entered into the Agency’s ICT system used to monitor the effects/results of NAWA projects/programmes;</w:t>
      </w:r>
    </w:p>
    <w:p w14:paraId="216BD12F" w14:textId="77777777" w:rsidR="00922B42" w:rsidRDefault="00EE1F9F">
      <w:pPr>
        <w:spacing w:after="80" w:line="252" w:lineRule="auto"/>
        <w:ind w:left="461" w:hanging="461"/>
      </w:pPr>
      <w:r>
        <w:t>2. implement, monitor and control the Project financed by FERS - data of Participants are exported to the relevant NAWA/FERS ICT system used to monitor the effects/results of projects/programmes implemented under the European Social Fund.</w:t>
      </w:r>
    </w:p>
    <w:p w14:paraId="4044AF4C" w14:textId="77777777" w:rsidR="00922B42" w:rsidRDefault="00EE1F9F">
      <w:pPr>
        <w:spacing w:after="60" w:line="252" w:lineRule="auto"/>
      </w:pPr>
      <w:r>
        <w:t>I, the undersigned:</w:t>
      </w:r>
    </w:p>
    <w:tbl>
      <w:tblPr>
        <w:tblStyle w:val="Tabela-Siatka"/>
        <w:tblW w:w="0" w:type="auto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6" w:space="0" w:color="BFBFBF"/>
          <w:insideV w:val="single" w:sz="6" w:space="0" w:color="BFBFBF"/>
        </w:tblBorders>
        <w:tblLook w:val="04A0" w:firstRow="1" w:lastRow="0" w:firstColumn="1" w:lastColumn="0" w:noHBand="0" w:noVBand="1"/>
      </w:tblPr>
      <w:tblGrid>
        <w:gridCol w:w="5033"/>
        <w:gridCol w:w="5031"/>
      </w:tblGrid>
      <w:tr w:rsidR="00922B42" w14:paraId="63A9677E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5CB6E" w14:textId="77777777" w:rsidR="00922B42" w:rsidRDefault="00EE1F9F">
            <w:r>
              <w:rPr>
                <w:b/>
                <w:sz w:val="18"/>
              </w:rPr>
              <w:t>Name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5A061D" w14:textId="77777777" w:rsidR="00922B42" w:rsidRDefault="00922B42"/>
        </w:tc>
      </w:tr>
      <w:tr w:rsidR="00922B42" w14:paraId="4438E0BD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F42842" w14:textId="77777777" w:rsidR="00922B42" w:rsidRDefault="00EE1F9F">
            <w:r>
              <w:rPr>
                <w:b/>
                <w:sz w:val="18"/>
              </w:rPr>
              <w:t>Surname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963DC" w14:textId="77777777" w:rsidR="00922B42" w:rsidRDefault="00922B42"/>
        </w:tc>
      </w:tr>
      <w:tr w:rsidR="00922B42" w14:paraId="443EC04B" w14:textId="77777777">
        <w:trPr>
          <w:jc w:val="center"/>
        </w:trPr>
        <w:tc>
          <w:tcPr>
            <w:tcW w:w="5040" w:type="dxa"/>
            <w:shd w:val="clear" w:color="auto" w:fill="EAEA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28920" w14:textId="77777777" w:rsidR="00922B42" w:rsidRDefault="00EE1F9F">
            <w:r>
              <w:rPr>
                <w:b/>
                <w:sz w:val="18"/>
              </w:rPr>
              <w:t>Personal id. no. (PESEL), if applicable</w:t>
            </w:r>
          </w:p>
        </w:tc>
        <w:tc>
          <w:tcPr>
            <w:tcW w:w="50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2381FE" w14:textId="77777777" w:rsidR="00922B42" w:rsidRDefault="00EE1F9F">
            <w:r>
              <w:rPr>
                <w:sz w:val="18"/>
              </w:rPr>
              <w:t>---------------------------------------------------</w:t>
            </w:r>
          </w:p>
        </w:tc>
      </w:tr>
    </w:tbl>
    <w:p w14:paraId="3663E0FA" w14:textId="77777777" w:rsidR="00922B42" w:rsidRDefault="00922B42">
      <w:pPr>
        <w:spacing w:after="40"/>
      </w:pPr>
    </w:p>
    <w:p w14:paraId="30BAA798" w14:textId="77777777" w:rsidR="00922B42" w:rsidRDefault="00EE1F9F">
      <w:pPr>
        <w:spacing w:after="100" w:line="252" w:lineRule="auto"/>
      </w:pPr>
      <w:r>
        <w:t>I declare that I voluntarily join the Project on the terms set out in the Summer School Regulations.</w:t>
      </w:r>
    </w:p>
    <w:p w14:paraId="03BC44B8" w14:textId="77777777" w:rsidR="00922B42" w:rsidRDefault="00EE1F9F">
      <w:pPr>
        <w:spacing w:after="60" w:line="252" w:lineRule="auto"/>
      </w:pPr>
      <w:r>
        <w:t>Moreover, I declare that:</w:t>
      </w:r>
    </w:p>
    <w:p w14:paraId="68A4F9CB" w14:textId="77777777" w:rsidR="00922B42" w:rsidRDefault="00EE1F9F">
      <w:pPr>
        <w:spacing w:after="80" w:line="252" w:lineRule="auto"/>
        <w:ind w:left="461" w:hanging="461"/>
      </w:pPr>
      <w:r>
        <w:t>1. I have read the rules of recruitment and participation in the project of Silesian University of Technology entitled International Summer School “ENERGY TRANSITION ACADEMY: CIRCULAR ECONOMY &amp; LIFE CYCLE THINKING”, contained in the Summer School Regulations. I accept all provisions of the above-mentioned Regulations and declare that I meet the criteria for participation in the Project set out therein.</w:t>
      </w:r>
    </w:p>
    <w:p w14:paraId="1C0FCE5E" w14:textId="77777777" w:rsidR="00922B42" w:rsidRDefault="00EE1F9F">
      <w:pPr>
        <w:spacing w:after="80" w:line="252" w:lineRule="auto"/>
        <w:ind w:left="461" w:hanging="461"/>
      </w:pPr>
      <w:r>
        <w:t>2. I have been informed that the Project is implemented under the NAWA Programme SPINAKER - International Intensive Programmes, Call 2025, financed from European Union funds, Agreement No. BPI/SPI/2025/1/00004/U/00001.</w:t>
      </w:r>
    </w:p>
    <w:p w14:paraId="256CBC06" w14:textId="77777777" w:rsidR="00922B42" w:rsidRDefault="00EE1F9F">
      <w:pPr>
        <w:spacing w:after="80" w:line="252" w:lineRule="auto"/>
        <w:ind w:left="461" w:hanging="461"/>
      </w:pPr>
      <w:r>
        <w:t>3. I have been informed about the obligation to participate in surveys and evaluation studies for the purposes of the Project.</w:t>
      </w:r>
    </w:p>
    <w:p w14:paraId="5775FDC8" w14:textId="77777777" w:rsidR="00922B42" w:rsidRDefault="00EE1F9F">
      <w:pPr>
        <w:spacing w:after="80" w:line="252" w:lineRule="auto"/>
        <w:ind w:left="461" w:hanging="461"/>
      </w:pPr>
      <w:r>
        <w:t>4. I belong to the following category within the target group covered by the Project:</w:t>
      </w:r>
    </w:p>
    <w:p w14:paraId="6495C60F" w14:textId="77777777" w:rsidR="00922B42" w:rsidRDefault="00EE1F9F">
      <w:pPr>
        <w:spacing w:after="60" w:line="252" w:lineRule="auto"/>
        <w:ind w:left="1008" w:hanging="259"/>
      </w:pPr>
      <w:r>
        <w:t>• ☐ foreign student</w:t>
      </w:r>
    </w:p>
    <w:p w14:paraId="60DC1692" w14:textId="77777777" w:rsidR="00922B42" w:rsidRDefault="00EE1F9F">
      <w:pPr>
        <w:spacing w:after="60" w:line="252" w:lineRule="auto"/>
        <w:ind w:left="1008" w:hanging="259"/>
      </w:pPr>
      <w:r>
        <w:lastRenderedPageBreak/>
        <w:t>• ☐ foreign doctoral student</w:t>
      </w:r>
    </w:p>
    <w:p w14:paraId="765AD92B" w14:textId="77777777" w:rsidR="00922B42" w:rsidRDefault="00EE1F9F">
      <w:pPr>
        <w:spacing w:after="60" w:line="252" w:lineRule="auto"/>
        <w:ind w:left="1008" w:hanging="259"/>
      </w:pPr>
      <w:r>
        <w:t>• ☐ domestic student</w:t>
      </w:r>
    </w:p>
    <w:p w14:paraId="164A49AC" w14:textId="77777777" w:rsidR="00922B42" w:rsidRDefault="00EE1F9F">
      <w:pPr>
        <w:spacing w:after="60" w:line="252" w:lineRule="auto"/>
        <w:ind w:left="1008" w:hanging="259"/>
      </w:pPr>
      <w:r>
        <w:t>• ☐ domestic doctoral student</w:t>
      </w:r>
    </w:p>
    <w:p w14:paraId="3AF9197C" w14:textId="77777777" w:rsidR="00922B42" w:rsidRDefault="00EE1F9F">
      <w:pPr>
        <w:spacing w:after="60" w:line="252" w:lineRule="auto"/>
        <w:ind w:left="1008" w:hanging="259"/>
      </w:pPr>
      <w:r>
        <w:t>• ☐ teaching / academic staff</w:t>
      </w:r>
    </w:p>
    <w:p w14:paraId="01538743" w14:textId="77777777" w:rsidR="00922B42" w:rsidRDefault="00EE1F9F">
      <w:pPr>
        <w:spacing w:after="60" w:line="252" w:lineRule="auto"/>
        <w:ind w:left="1008" w:hanging="259"/>
      </w:pPr>
      <w:r>
        <w:t>• ☐ administrative staff</w:t>
      </w:r>
    </w:p>
    <w:p w14:paraId="7C78C750" w14:textId="77777777" w:rsidR="00922B42" w:rsidRDefault="00EE1F9F">
      <w:pPr>
        <w:spacing w:after="80" w:line="252" w:lineRule="auto"/>
      </w:pPr>
      <w:r>
        <w:t>Having been warned about criminal liability under Art. 233 of the Criminal Code for making a false statement or concealing the truth, I declare that the data contained in this Declaration is complete and true.</w:t>
      </w:r>
    </w:p>
    <w:p w14:paraId="40834E30" w14:textId="77777777" w:rsidR="00922B42" w:rsidRDefault="00EE1F9F">
      <w:pPr>
        <w:spacing w:after="80" w:line="252" w:lineRule="auto"/>
      </w:pPr>
      <w:r>
        <w:t>I acknowledge that this information may be subject to verification in terms of its truthfulness.</w:t>
      </w:r>
    </w:p>
    <w:p w14:paraId="085B4BB3" w14:textId="77777777" w:rsidR="00922B42" w:rsidRDefault="00EE1F9F">
      <w:pPr>
        <w:spacing w:after="160" w:line="252" w:lineRule="auto"/>
      </w:pPr>
      <w:r>
        <w:t>I undertake to immediately inform the institution implementing the Project about any change of personal and contact details provided in the Declaration and other application documents.</w:t>
      </w:r>
    </w:p>
    <w:p w14:paraId="3173D7B6" w14:textId="77777777" w:rsidR="00922B42" w:rsidRDefault="00EE1F9F">
      <w:pPr>
        <w:spacing w:after="0" w:line="252" w:lineRule="auto"/>
      </w:pPr>
      <w:r>
        <w:br/>
      </w:r>
      <w:proofErr w:type="gramStart"/>
      <w:r>
        <w:t>…..</w:t>
      </w:r>
      <w:proofErr w:type="gramEnd"/>
      <w:r>
        <w:t>………………………………………………..……..……</w:t>
      </w:r>
      <w:r>
        <w:br/>
        <w:t>PLACE AND DATE</w:t>
      </w:r>
    </w:p>
    <w:p w14:paraId="4427381C" w14:textId="77777777" w:rsidR="00922B42" w:rsidRDefault="00EE1F9F">
      <w:pPr>
        <w:spacing w:after="120" w:line="252" w:lineRule="auto"/>
        <w:jc w:val="right"/>
      </w:pPr>
      <w:r>
        <w:br/>
        <w:t>………………………………………………………………</w:t>
      </w:r>
      <w:r>
        <w:br/>
        <w:t>LEGIBLE SIGNATURE OF THE PROJECT PARTICIPANT</w:t>
      </w:r>
    </w:p>
    <w:p w14:paraId="2FA05F97" w14:textId="730D6317" w:rsidR="00922B42" w:rsidRDefault="00922B42"/>
    <w:sectPr w:rsidR="00922B42" w:rsidSect="001816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24" w:right="1080" w:bottom="567" w:left="1080" w:header="720" w:footer="10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0B122" w14:textId="77777777" w:rsidR="00EE1F9F" w:rsidRDefault="00EE1F9F">
      <w:pPr>
        <w:spacing w:after="0" w:line="240" w:lineRule="auto"/>
      </w:pPr>
      <w:r>
        <w:separator/>
      </w:r>
    </w:p>
  </w:endnote>
  <w:endnote w:type="continuationSeparator" w:id="0">
    <w:p w14:paraId="62383CCB" w14:textId="77777777" w:rsidR="00EE1F9F" w:rsidRDefault="00EE1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87621" w14:textId="77777777" w:rsidR="00FB4D86" w:rsidRDefault="00FB4D8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547DF" w14:textId="77777777" w:rsidR="001816E3" w:rsidRDefault="001816E3">
    <w:pPr>
      <w:pStyle w:val="Stopka"/>
    </w:pPr>
    <w:r>
      <w:tab/>
    </w:r>
    <w:r>
      <w:fldChar w:fldCharType="begin"/>
    </w:r>
    <w:r>
      <w:instrText>PAGE   \* MERGEFORMAT</w:instrText>
    </w:r>
    <w:r>
      <w:fldChar w:fldCharType="separate"/>
    </w:r>
    <w:r w:rsidRPr="001816E3">
      <w:rPr>
        <w:noProof/>
        <w:lang w:val="pl-PL"/>
      </w:rPr>
      <w:t>9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6F815" w14:textId="77777777" w:rsidR="00FB4D86" w:rsidRDefault="00FB4D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2F302" w14:textId="77777777" w:rsidR="00EE1F9F" w:rsidRDefault="00EE1F9F">
      <w:pPr>
        <w:spacing w:after="0" w:line="240" w:lineRule="auto"/>
      </w:pPr>
      <w:r>
        <w:separator/>
      </w:r>
    </w:p>
  </w:footnote>
  <w:footnote w:type="continuationSeparator" w:id="0">
    <w:p w14:paraId="536141A8" w14:textId="77777777" w:rsidR="00EE1F9F" w:rsidRDefault="00EE1F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01CB0" w14:textId="77777777" w:rsidR="00FB4D86" w:rsidRDefault="00FB4D8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551B4" w14:textId="7773809B" w:rsidR="00922B42" w:rsidRDefault="00FB4D86">
    <w:pPr>
      <w:pStyle w:val="Nagwek"/>
      <w:jc w:val="center"/>
    </w:pPr>
    <w:r w:rsidRPr="00841A47">
      <w:rPr>
        <w:noProof/>
      </w:rPr>
      <w:drawing>
        <wp:inline distT="0" distB="0" distL="0" distR="0" wp14:anchorId="2519AB74" wp14:editId="64D33F67">
          <wp:extent cx="5530850" cy="580868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1663" cy="591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F05E4D" w14:textId="77777777" w:rsidR="001816E3" w:rsidRDefault="001816E3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5DEAB" w14:textId="77777777" w:rsidR="00FB4D86" w:rsidRDefault="00FB4D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6430C3"/>
    <w:multiLevelType w:val="hybridMultilevel"/>
    <w:tmpl w:val="79DAF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E16E13"/>
    <w:multiLevelType w:val="hybridMultilevel"/>
    <w:tmpl w:val="F00238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98376">
    <w:abstractNumId w:val="8"/>
  </w:num>
  <w:num w:numId="2" w16cid:durableId="1393113815">
    <w:abstractNumId w:val="6"/>
  </w:num>
  <w:num w:numId="3" w16cid:durableId="1847668272">
    <w:abstractNumId w:val="5"/>
  </w:num>
  <w:num w:numId="4" w16cid:durableId="1623878328">
    <w:abstractNumId w:val="4"/>
  </w:num>
  <w:num w:numId="5" w16cid:durableId="43915304">
    <w:abstractNumId w:val="7"/>
  </w:num>
  <w:num w:numId="6" w16cid:durableId="1868374800">
    <w:abstractNumId w:val="3"/>
  </w:num>
  <w:num w:numId="7" w16cid:durableId="488257132">
    <w:abstractNumId w:val="2"/>
  </w:num>
  <w:num w:numId="8" w16cid:durableId="1939676643">
    <w:abstractNumId w:val="1"/>
  </w:num>
  <w:num w:numId="9" w16cid:durableId="623927072">
    <w:abstractNumId w:val="0"/>
  </w:num>
  <w:num w:numId="10" w16cid:durableId="670959091">
    <w:abstractNumId w:val="10"/>
  </w:num>
  <w:num w:numId="11" w16cid:durableId="1426271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2819"/>
    <w:rsid w:val="0015074B"/>
    <w:rsid w:val="001816E3"/>
    <w:rsid w:val="0029639D"/>
    <w:rsid w:val="002D55E9"/>
    <w:rsid w:val="00326F90"/>
    <w:rsid w:val="0053067B"/>
    <w:rsid w:val="005873D7"/>
    <w:rsid w:val="00691177"/>
    <w:rsid w:val="00804C66"/>
    <w:rsid w:val="00804FB3"/>
    <w:rsid w:val="00915EE9"/>
    <w:rsid w:val="00922B42"/>
    <w:rsid w:val="00976475"/>
    <w:rsid w:val="009F3F29"/>
    <w:rsid w:val="00AA1D8D"/>
    <w:rsid w:val="00AC4713"/>
    <w:rsid w:val="00B47730"/>
    <w:rsid w:val="00CB0664"/>
    <w:rsid w:val="00EE1F9F"/>
    <w:rsid w:val="00FB4D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D74C61F"/>
  <w14:defaultImageDpi w14:val="300"/>
  <w15:docId w15:val="{1A6F3820-C0F3-47C4-9D60-36205576D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F7CD7AC-D748-4C45-820F-F8A10B997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436</Words>
  <Characters>2620</Characters>
  <Application>Microsoft Office Word</Application>
  <DocSecurity>0</DocSecurity>
  <Lines>21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Krzysztof Pikoń</cp:lastModifiedBy>
  <cp:revision>4</cp:revision>
  <dcterms:created xsi:type="dcterms:W3CDTF">2026-07-08T14:01:00Z</dcterms:created>
  <dcterms:modified xsi:type="dcterms:W3CDTF">2026-07-08T14:27:00Z</dcterms:modified>
  <cp:category/>
</cp:coreProperties>
</file>